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pPr>
        <w:spacing w:before="0" w:after="140" w:line="259" w:lineRule="auto"/>
        <w:jc w:val="center"/>
      </w:pPr>
      <w:r>
        <w:rPr>
          <w:rFonts w:ascii="Arial" w:hAnsi="Arial" w:eastAsia="Arial"/>
          <w:b/>
          <w:i w:val="0"/>
          <w:color w:val="0B6E75"/>
          <w:sz w:val="24"/>
        </w:rPr>
        <w:t>T.C. MİLLÎ EĞİTİM BAKANLIĞI</w:t>
      </w:r>
    </w:p>
    <w:p>
      <w:pPr>
        <w:spacing w:before="0" w:after="60" w:line="259" w:lineRule="auto"/>
        <w:jc w:val="center"/>
      </w:pPr>
      <w:r>
        <w:rPr>
          <w:rFonts w:ascii="Arial" w:hAnsi="Arial" w:eastAsia="Arial"/>
          <w:b/>
          <w:i w:val="0"/>
          <w:color w:val="17365D"/>
          <w:sz w:val="32"/>
        </w:rPr>
        <w:t>2026-2027 EĞİTİM ÖĞRETİM YILI</w:t>
      </w:r>
    </w:p>
    <w:p>
      <w:pPr>
        <w:spacing w:before="0" w:after="100" w:line="259" w:lineRule="auto"/>
        <w:jc w:val="center"/>
      </w:pPr>
      <w:r>
        <w:rPr>
          <w:rFonts w:ascii="Arial" w:hAnsi="Arial" w:eastAsia="Arial"/>
          <w:b/>
          <w:i w:val="0"/>
          <w:color w:val="17365D"/>
          <w:sz w:val="36"/>
        </w:rPr>
        <w:t>ORTAÖĞRETİM</w:t>
      </w:r>
    </w:p>
    <w:p>
      <w:pPr>
        <w:spacing w:before="0" w:after="140" w:line="259" w:lineRule="auto"/>
        <w:jc w:val="center"/>
      </w:pPr>
      <w:r>
        <w:rPr>
          <w:rFonts w:ascii="Arial" w:hAnsi="Arial" w:eastAsia="Arial"/>
          <w:b/>
          <w:i w:val="0"/>
          <w:color w:val="17365D"/>
          <w:sz w:val="42"/>
        </w:rPr>
        <w:t>SPOR KULÜBÜ DOSYASI</w:t>
      </w:r>
    </w:p>
    <w:p>
      <w:pPr>
        <w:spacing w:before="0" w:after="120" w:line="259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544000" cy="36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ezi_tanitim_turizm_kapak_illustrasyonu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44000" cy="36960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dxa" w:w="8730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FB4C4"/>
          <w:left w:val="single" w:sz="7" w:color="9FB4C4"/>
          <w:bottom w:val="single" w:sz="7" w:color="9FB4C4"/>
          <w:right w:val="single" w:sz="7" w:color="9FB4C4"/>
          <w:insideH w:val="single" w:sz="7" w:color="9FB4C4"/>
          <w:insideV w:val="single" w:sz="7" w:color="9FB4C4"/>
        </w:tblBorders>
      </w:tblPr>
      <w:tblGrid>
        <w:gridCol w:w="2835"/>
        <w:gridCol w:w="5896"/>
      </w:tblGrid>
      <w:t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AF2F8"/>
          </w:tcPr>
          <w:p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OKULUN ADI</w:t>
            </w:r>
          </w:p>
        </w:tc>
        <w:tc>
          <w:tcPr>
            <w:tcW w:type="dxa" w:w="589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........................................................................</w:t>
            </w:r>
          </w:p>
        </w:tc>
      </w:tr>
      <w:t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AF2F8"/>
          </w:tcPr>
          <w:p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KULÜBÜN ADI</w:t>
            </w:r>
          </w:p>
        </w:tc>
        <w:tc>
          <w:tcPr>
            <w:tcW w:type="dxa" w:w="589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Spor Kulübü</w:t>
            </w:r>
          </w:p>
        </w:tc>
      </w:tr>
      <w:t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AF2F8"/>
          </w:tcPr>
          <w:p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DANIŞMAN ÖĞRETMEN</w:t>
            </w:r>
          </w:p>
        </w:tc>
        <w:tc>
          <w:tcPr>
            <w:tcW w:type="dxa" w:w="589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........................................................................</w:t>
            </w:r>
          </w:p>
        </w:tc>
      </w:tr>
      <w:t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AF2F8"/>
          </w:tcPr>
          <w:p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İL / İLÇE</w:t>
            </w:r>
          </w:p>
        </w:tc>
        <w:tc>
          <w:tcPr>
            <w:tcW w:type="dxa" w:w="589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........................................................................</w:t>
            </w:r>
          </w:p>
        </w:tc>
      </w:tr>
    </w:tbl>
    <w:p/>
    <w:p>
      <w:pPr>
        <w:jc w:val="center"/>
      </w:pPr>
      <w:r>
        <w:rPr>
          <w:rFonts w:ascii="Arial" w:hAnsi="Arial" w:eastAsia="Arial"/>
          <w:b w:val="0"/>
          <w:i/>
          <w:color w:val="5F6B75"/>
          <w:sz w:val="22"/>
        </w:rPr>
        <w:t>Denetime uygun • Düzenlenebilir Word kulüp dosyası</w:t>
      </w:r>
    </w:p>
    <w:p>
      <w:r>
        <w:br w:type="page"/>
      </w:r>
    </w:p>
    <w:p>
      <w:pPr>
        <w:pStyle w:val="Heading1"/>
      </w:pPr>
      <w:r>
        <w:t>İÇİNDEKİLER VE DOSYA DÜZENİ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Ayraç sırası, denetimde izlenebilirliği gösterecek şekilde düzenlenmiştir.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1134"/>
        <w:gridCol w:w="8731"/>
      </w:tblGrid>
      <w:tr>
        <w:trPr>
          <w:tblHeader w:val="true"/>
        </w:trPr>
        <w:tc>
          <w:tcPr>
            <w:tcW w:type="dxa" w:w="1133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Ayraç</w:t>
            </w:r>
          </w:p>
        </w:tc>
        <w:tc>
          <w:tcPr>
            <w:tcW w:type="dxa" w:w="873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Bölüm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Kullanım, dayanak ve kontrol listesi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Kulübün kuruluşu ve görevlendirmeler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C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Üye listeleri, seçim ve görev dağılımı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2026-2027 yıllık çalışma planı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Toplantılar, kararlar ve katılım çizelgeleri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Sosyal sorumluluk programı ve proje formları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Etkinlik onayları, veli izinleri ve risk yönetimi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H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sonuçları, görseller ve kanıtlayıcı belgeler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 değerlendirme ve belge takip kayıtları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J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e-Okul Sosyal Etkinlik Modülü kayıt takibi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Dönem ve yıl sonu değerlendirme raporları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L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Mevzuat ve resmî kaynak bağlantıları</w:t>
            </w:r>
          </w:p>
        </w:tc>
      </w:tr>
    </w:tbl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KULLANIM NOTU: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Her etkinlik için ilgili formların bir kopyasını çoğaltın ve aynı sırayla dosyalayın: teklif/plan → onay/izin → katılım/görev → uygulama kanıtı → sonuç/değerlendirme → e-Okul kaydı.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A — KULLANIM VE DENETİM KONTROL LİSTESİ</w:t>
      </w:r>
    </w:p>
    <w:p>
      <w:pPr>
        <w:pStyle w:val="ListNumber"/>
      </w:pPr>
      <w:r>
        <w:t>Kapak ve kulüp kimlik bilgilerini doldurun.</w:t>
      </w:r>
    </w:p>
    <w:p>
      <w:pPr>
        <w:pStyle w:val="ListNumber"/>
      </w:pPr>
      <w:r>
        <w:t>Görevlendirme/kuruluş kararının onaylı örneğini ilgili bölüme ekleyin.</w:t>
      </w:r>
    </w:p>
    <w:p>
      <w:pPr>
        <w:pStyle w:val="ListNumber"/>
      </w:pPr>
      <w:r>
        <w:t>Üye listesini ve kulüp temsilcisi seçim tutanağını tamamlayın.</w:t>
      </w:r>
    </w:p>
    <w:p>
      <w:pPr>
        <w:pStyle w:val="ListNumber"/>
      </w:pPr>
      <w:r>
        <w:t>Yıllık çalışma planını kulübün tematik alanına ve okulun çalışma takvimine göre özelleştirin.</w:t>
      </w:r>
    </w:p>
    <w:p>
      <w:pPr>
        <w:pStyle w:val="ListNumber"/>
      </w:pPr>
      <w:r>
        <w:t>Her faaliyet için gerekli izin, veli onayı ve risk kontrolünü faaliyet öncesinde tamamlayın.</w:t>
      </w:r>
    </w:p>
    <w:p>
      <w:pPr>
        <w:pStyle w:val="ListNumber"/>
      </w:pPr>
      <w:r>
        <w:t>Faaliyeti katılım listesi, sonuç raporu ve uygun görsellerle belgelendirin.</w:t>
      </w:r>
    </w:p>
    <w:p>
      <w:pPr>
        <w:pStyle w:val="ListNumber"/>
      </w:pPr>
      <w:r>
        <w:t>Gerçekleşen faaliyetlerin e-Okul Sosyal Etkinlik Modülü kayıt kontrolünü yapın.</w:t>
      </w:r>
    </w:p>
    <w:p>
      <w:pPr>
        <w:pStyle w:val="ListNumber"/>
      </w:pPr>
      <w:r>
        <w:t>I. dönem ve yıl sonu değerlendirme raporlarını imzalatıp dosyalayın.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1134"/>
        <w:gridCol w:w="8731"/>
      </w:tblGrid>
      <w:tr>
        <w:trPr>
          <w:tblHeader w:val="true"/>
        </w:trPr>
        <w:tc>
          <w:tcPr>
            <w:tcW w:type="dxa" w:w="1133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Kontrol</w:t>
            </w:r>
          </w:p>
        </w:tc>
        <w:tc>
          <w:tcPr>
            <w:tcW w:type="dxa" w:w="873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Denetim Ölçütü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Kulüp adı ve danışman öğretmen bilgisi güncel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Kuruluş/görevlendirme belgesi mevcut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Üye listesi ve öğrenci temsilcisi seçimi mevcut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Onaylı yıllık plan mevcut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Toplantı ve karar kayıtları tarih/imzalı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bazlı onay ve izinler mevcut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Sonuç raporları ve kanıtlayıcı ekler mevcut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e-Okul kayıt takip çizelgesi güncel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Dönem/yıl sonu raporları tamamlanmış</w:t>
            </w:r>
          </w:p>
        </w:tc>
      </w:tr>
    </w:tbl>
    <w:p>
      <w:r>
        <w:br w:type="page"/>
      </w:r>
    </w:p>
    <w:p>
      <w:pPr>
        <w:pStyle w:val="Heading1"/>
      </w:pPr>
      <w:r>
        <w:t>A — DAYANAK VE UYGULAMA ESASLARI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Mevzuat kontrol tarihi: 2 Eylül 2026</w:t>
      </w:r>
    </w:p>
    <w:p>
      <w:pPr>
        <w:pStyle w:val="ListBullet"/>
      </w:pPr>
      <w:r>
        <w:t>1739 sayılı Millî Eğitim Temel Kanunu.</w:t>
      </w:r>
    </w:p>
    <w:p>
      <w:pPr>
        <w:pStyle w:val="ListBullet"/>
      </w:pPr>
      <w:r>
        <w:t>Millî Eğitim Bakanlığı Ortaöğretim Kurumları Yönetmeliği.</w:t>
      </w:r>
    </w:p>
    <w:p>
      <w:pPr>
        <w:pStyle w:val="ListBullet"/>
      </w:pPr>
      <w:r>
        <w:t>Millî Eğitim Bakanlığı Eğitim Kurumları Sosyal Etkinlikler Yönetmeliği (8 Haziran 2017 tarihli ve 30090 sayılı Resmî Gazete; 1 Eylül 2018, 15 Ekim 2020 ve 2 Aralık 2020 tarihli değişiklikler dâhil).</w:t>
      </w:r>
    </w:p>
    <w:p>
      <w:pPr>
        <w:pStyle w:val="ListBullet"/>
      </w:pPr>
      <w:r>
        <w:t>Millî Eğitim Bakanlığı Sosyal Sorumluluk Programı ve Hayat Boyu Öğrenme/Sertifikasyon Uygulama Yönergesi.</w:t>
      </w:r>
    </w:p>
    <w:p>
      <w:pPr>
        <w:pStyle w:val="ListBullet"/>
      </w:pPr>
      <w:r>
        <w:t>Millî Eğitim Bakanlığı Sosyal Etkinlik İzinleri Yönergesi.</w:t>
      </w:r>
    </w:p>
    <w:p>
      <w:pPr>
        <w:pStyle w:val="ListBullet"/>
      </w:pPr>
      <w:r>
        <w:t>Okul Öğrenci Kulüpleri Sosyal Sorumluluk ve Toplum Hizmeti Çalışmaları Uygulama Projesi Kılavuzu (Kasım 2024).</w:t>
      </w:r>
    </w:p>
    <w:p>
      <w:pPr>
        <w:pStyle w:val="ListBullet"/>
      </w:pPr>
      <w:r>
        <w:t>MEB tarafından 13 Haziran 2026 tarihinde açıklanan 2026-2027 Eğitim Öğretim Yılı Çalışma Takvimi ile il/ilçe ve okul çalışma takvimleri.</w:t>
      </w:r>
    </w:p>
    <w:p>
      <w:pPr>
        <w:pStyle w:val="ListBullet"/>
      </w:pPr>
      <w:r>
        <w:t>Resmî Yazışmalarda Uygulanacak Usul ve Esaslar Hakkında Yönetmelik (10 Haziran 2020 tarihli ve 31151 sayılı Resmî Gazete).</w:t>
      </w: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TEMEL İLKE: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Ortaöğretimde kulüp faaliyetleri “Sosyal Sorumluluk Programı” çerçevesinde; öğrenci ekiplerince hazırlanan çalışma planları/projeler doğrultusunda yürütülür. Faaliyet katılımında gönüllülük ve gerekli hâllerde veli izni esastır. Gerçekleşen faaliyetler ilgili danışman öğretmen tarafından e-Okul Sosyal Etkinlik Modülüne işlenir.</w:t>
            </w:r>
          </w:p>
        </w:tc>
      </w:tr>
    </w:tbl>
    <w:p>
      <w:pPr>
        <w:spacing w:after="20"/>
      </w:pP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YAZI STANDARDI: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Belgenin ana metni ve form alanları Arial 11 punto ile düzenlenmiştir. Başlıklarda hiyerarşiyi göstermek için daha büyük punto; üst/alt bilgi ve uzun bağlantılarda gerekli ölçüde daha küçük punto kullanılmıştır.</w:t>
            </w:r>
          </w:p>
        </w:tc>
      </w:tr>
    </w:tbl>
    <w:p>
      <w:pPr>
        <w:spacing w:after="20"/>
      </w:pPr>
    </w:p>
    <w:p>
      <w:pPr>
        <w:pStyle w:val="Heading2"/>
      </w:pPr>
      <w:r>
        <w:t>Belge yönetiminde dikkat edilecekler</w:t>
      </w:r>
    </w:p>
    <w:p>
      <w:pPr>
        <w:pStyle w:val="ListBullet"/>
      </w:pPr>
      <w:r>
        <w:t>Sağlık bilgisi, iletişim bilgisi, fotoğraf/video ve diğer kişisel veriler yalnızca amaçla sınırlı işlenmeli ve yetkisiz kişilerle paylaşılmamalıdır.</w:t>
      </w:r>
    </w:p>
    <w:p>
      <w:pPr>
        <w:pStyle w:val="ListBullet"/>
      </w:pPr>
      <w:r>
        <w:t>Okul dışı faaliyetlerde, faaliyetin niteliğine göre ilgili makam onayı, kurum yazışması, görevlendirme ve güvenlik tedbirleri ayrıca tamamlanmalıdır.</w:t>
      </w:r>
    </w:p>
    <w:p>
      <w:pPr>
        <w:pStyle w:val="ListBullet"/>
      </w:pPr>
      <w:r>
        <w:t>Bu kulüp dosyası, okul/il uygulamasında istenen ek resmî yazıların yerine geçmez; ilgili resmî yazılar dosyaya ayrıca eklenir.</w:t>
      </w:r>
    </w:p>
    <w:p>
      <w:r>
        <w:br w:type="page"/>
      </w:r>
    </w:p>
    <w:p>
      <w:pPr>
        <w:pStyle w:val="Heading1"/>
      </w:pPr>
      <w:r>
        <w:t>B — KULÜP KİMLİK VE KURULUŞ BİLGİLERİ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Okulun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Kulübün adı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Spor Kulübü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Eğitim öğretim yılı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2026-2027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Kulübün tematik alanı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Fiziksel etkinlik, takım ruhu, fair play, spor kültürü ve sağlıklı yaşam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Danışman öğretmen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 kulübü temsilcisi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Toplantı yeri / zamanı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Kuruluş / görevlendirme kararı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Tarih: .... / .... / 2026    Sayı / Karar No: ...............................</w:t>
            </w:r>
          </w:p>
        </w:tc>
      </w:tr>
    </w:tbl>
    <w:p>
      <w:pPr>
        <w:pStyle w:val="Heading2"/>
      </w:pPr>
      <w:r>
        <w:t>Kulübün amacı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Amaç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Öğrencilerin düzenli fiziksel etkinlik alışkanlığı, takım çalışması, fair play ve sağlıklı yaşam bilinci kazanmalarını; farklı spor dallarını güvenli biçimde tanımalarını sağlamak.</w:t>
            </w:r>
          </w:p>
        </w:tc>
      </w:tr>
    </w:tbl>
    <w:p>
      <w:pPr>
        <w:pStyle w:val="Heading2"/>
      </w:pPr>
      <w:r>
        <w:t>Özel hedefler</w:t>
      </w: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737"/>
        <w:gridCol w:w="9128"/>
      </w:tblGrid>
      <w:tr>
        <w:trPr>
          <w:tblHeader w:val="true"/>
        </w:trPr>
        <w:tc>
          <w:tcPr>
            <w:tcW w:type="dxa" w:w="73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912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73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91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Düzenli hareket ve fiziksel uygunluk bilinci geliştirmek.</w:t>
            </w:r>
          </w:p>
        </w:tc>
      </w:tr>
      <w:tr>
        <w:tc>
          <w:tcPr>
            <w:tcW w:type="dxa" w:w="73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91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Takım çalışması, liderlik ve fair play davranışlarını güçlendirmek.</w:t>
            </w:r>
          </w:p>
        </w:tc>
      </w:tr>
      <w:tr>
        <w:tc>
          <w:tcPr>
            <w:tcW w:type="dxa" w:w="73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91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Farklı spor dallarını ve temel kurallarını tanımak.</w:t>
            </w:r>
          </w:p>
        </w:tc>
      </w:tr>
      <w:tr>
        <w:tc>
          <w:tcPr>
            <w:tcW w:type="dxa" w:w="73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91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Isınma, güvenlik, hijyen ve sakatlanmayı önleme ilkelerine uymak.</w:t>
            </w:r>
          </w:p>
        </w:tc>
      </w:tr>
      <w:tr>
        <w:tc>
          <w:tcPr>
            <w:tcW w:type="dxa" w:w="73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91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Okul içi sportif katılımı kapsayıcı biçimde artırmak.</w:t>
            </w:r>
          </w:p>
        </w:tc>
      </w:tr>
    </w:tbl>
    <w:p>
      <w:r>
        <w:br w:type="page"/>
      </w:r>
    </w:p>
    <w:p>
      <w:pPr>
        <w:pStyle w:val="Heading1"/>
      </w:pPr>
      <w:r>
        <w:t>B — DANIŞMAN ÖĞRETMEN GÖREVLENDİRME KAYDI</w:t>
      </w:r>
    </w:p>
    <w:p>
      <w:pPr>
        <w:spacing w:before="0" w:after="240" w:line="259" w:lineRule="auto"/>
      </w:pPr>
      <w:r>
        <w:rPr>
          <w:rFonts w:ascii="Arial" w:hAnsi="Arial" w:eastAsia="Arial"/>
          <w:b w:val="0"/>
          <w:i w:val="0"/>
          <w:color w:val="111111"/>
          <w:sz w:val="22"/>
        </w:rPr>
        <w:t>2026-2027 eğitim öğretim yılında, aşağıda bilgileri bulunan öğretmenin belirtilen öğrenci kulübünde danışman öğretmen olarak görevlendirilmesine ilişkin okul yönetimi/kurul kararı bu sayfanın arkasına eklenir.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Görevlendirilen öğretmen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Branşı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Kulüp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Spor Kulübü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Karar / yazı tarihi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 / .... / 2026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Karar / yazı sayısı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Ek belgenin yeri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Bu sayfanın arkası / Ayraç B - Ek No: ............</w:t>
            </w:r>
          </w:p>
        </w:tc>
      </w:tr>
    </w:tbl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BELGE NOTU: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Bu sayfa, asıl görevlendirme yazısının yerine geçmez. Onaylı kurul kararı veya görevlendirme yazısı eklenmelidir.</w:t>
            </w:r>
          </w:p>
        </w:tc>
      </w:tr>
    </w:tbl>
    <w:p>
      <w:pPr>
        <w:spacing w:after="20"/>
      </w:pPr>
    </w:p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Danışman Öğretmen</w:t>
              <w:br/>
              <w:t>Tebellüğ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Sosyal Etkinlikler Kurul Başkanı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Müdürü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C — KULÜP ÖĞRENCİ ÜYE LİSTESİ</w:t>
      </w:r>
    </w:p>
    <w:tbl>
      <w:tblPr>
        <w:tblW w:type="dxa" w:w="9862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680"/>
        <w:gridCol w:w="1191"/>
        <w:gridCol w:w="3458"/>
        <w:gridCol w:w="1701"/>
        <w:gridCol w:w="2835"/>
      </w:tblGrid>
      <w:tr>
        <w:trPr>
          <w:tblHeader w:val="true"/>
        </w:trPr>
        <w:tc>
          <w:tcPr>
            <w:tcW w:type="dxa" w:w="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Sıra</w:t>
            </w:r>
          </w:p>
        </w:tc>
        <w:tc>
          <w:tcPr>
            <w:tcW w:type="dxa" w:w="119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Okul No</w:t>
            </w:r>
          </w:p>
        </w:tc>
        <w:tc>
          <w:tcPr>
            <w:tcW w:type="dxa" w:w="345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Adı Soyadı</w:t>
            </w:r>
          </w:p>
        </w:tc>
        <w:tc>
          <w:tcPr>
            <w:tcW w:type="dxa" w:w="17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Sınıf / Şube</w:t>
            </w:r>
          </w:p>
        </w:tc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Kulüpteki Görevi</w:t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7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8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9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10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11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12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13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14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15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16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17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18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19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20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21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22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23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24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25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Öğrenci Kulübü Temsilcisi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Müdürü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C — ÖĞRENCİ KULÜBÜ TEMSİLCİSİ SEÇİM TUTANAĞI</w:t>
      </w:r>
    </w:p>
    <w:p>
      <w:pPr>
        <w:spacing w:before="0" w:after="200" w:line="288" w:lineRule="auto"/>
      </w:pPr>
      <w:r>
        <w:rPr>
          <w:rFonts w:ascii="Arial" w:hAnsi="Arial" w:eastAsia="Arial"/>
          <w:b w:val="0"/>
          <w:i w:val="0"/>
          <w:color w:val="111111"/>
          <w:sz w:val="22"/>
        </w:rPr>
        <w:t>2026-2027 eğitim öğretim yılı ........................................................ Öğrenci Kulübü üyeleri, .... / .... / 2026 tarihinde .................................................... yerinde toplanmıştır. Kulüp temsilcisi ve yardımcı görevler için adaylar belirlenmiş, yapılan seçim sonucunda aşağıdaki görev dağılımı oluşmuştur.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665"/>
        <w:gridCol w:w="3118"/>
        <w:gridCol w:w="1814"/>
        <w:gridCol w:w="2268"/>
      </w:tblGrid>
      <w:tr>
        <w:trPr>
          <w:tblHeader w:val="true"/>
        </w:trPr>
        <w:tc>
          <w:tcPr>
            <w:tcW w:type="dxa" w:w="26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Görev</w:t>
            </w:r>
          </w:p>
        </w:tc>
        <w:tc>
          <w:tcPr>
            <w:tcW w:type="dxa" w:w="311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Adı Soyadı</w:t>
            </w:r>
          </w:p>
        </w:tc>
        <w:tc>
          <w:tcPr>
            <w:tcW w:type="dxa" w:w="181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Sınıf / No</w:t>
            </w:r>
          </w:p>
        </w:tc>
        <w:tc>
          <w:tcPr>
            <w:tcW w:type="dxa" w:w="226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Oy / Seçim Sonucu</w:t>
            </w:r>
          </w:p>
        </w:tc>
      </w:tr>
      <w:tr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Kulüp Temsilcisi</w:t>
            </w:r>
          </w:p>
        </w:tc>
        <w:tc>
          <w:tcPr>
            <w:tcW w:type="dxa" w:w="311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66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Temsilci Yardımcısı</w:t>
            </w:r>
          </w:p>
        </w:tc>
        <w:tc>
          <w:tcPr>
            <w:tcW w:type="dxa" w:w="311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66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Yazman</w:t>
            </w:r>
          </w:p>
        </w:tc>
        <w:tc>
          <w:tcPr>
            <w:tcW w:type="dxa" w:w="311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66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İletişim / Duyuru Sorumlusu</w:t>
            </w:r>
          </w:p>
        </w:tc>
        <w:tc>
          <w:tcPr>
            <w:tcW w:type="dxa" w:w="311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Malzeme / Arşiv Sorumlusu</w:t>
            </w:r>
          </w:p>
        </w:tc>
        <w:tc>
          <w:tcPr>
            <w:tcW w:type="dxa" w:w="311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>
      <w:pPr>
        <w:pStyle w:val="Heading2"/>
      </w:pPr>
      <w:r>
        <w:t>Alınan kararlar</w:t>
      </w: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680"/>
        <w:gridCol w:w="9184"/>
      </w:tblGrid>
      <w:tr>
        <w:trPr>
          <w:tblHeader w:val="true"/>
        </w:trPr>
        <w:tc>
          <w:tcPr>
            <w:tcW w:type="dxa" w:w="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918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91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91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91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Toplantı Yazmanı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Seçilen Kulüp Temsilcisi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E — İLK TOPLANTI VE GÖREV DAĞILIMI TUTANAĞI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Kulüp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Spor Kulübü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Toplantı tarihi / saati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 / .... / 2026   •   ........ : ........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Toplantı yeri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Katılan öğrenci sayısı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</w:t>
            </w:r>
          </w:p>
        </w:tc>
      </w:tr>
    </w:tbl>
    <w:p>
      <w:pPr>
        <w:pStyle w:val="Heading2"/>
      </w:pPr>
      <w:r>
        <w:t>Gündem</w:t>
      </w:r>
    </w:p>
    <w:p>
      <w:pPr>
        <w:pStyle w:val="ListNumber"/>
      </w:pPr>
      <w:r>
        <w:t>Spor Kulübünün amaç ve çalışma esaslarının açıklanması.</w:t>
      </w:r>
    </w:p>
    <w:p>
      <w:pPr>
        <w:pStyle w:val="ListNumber"/>
      </w:pPr>
      <w:r>
        <w:t>Öğrenci kulübü temsilcisi ve görev dağılımının belirlenmesi.</w:t>
      </w:r>
    </w:p>
    <w:p>
      <w:pPr>
        <w:pStyle w:val="ListNumber"/>
      </w:pPr>
      <w:r>
        <w:t>2026-2027 yıllık çalışma planının görüşülmesi.</w:t>
      </w:r>
    </w:p>
    <w:p>
      <w:pPr>
        <w:pStyle w:val="ListNumber"/>
      </w:pPr>
      <w:r>
        <w:t>öğrenci spor ilgileri, okul tesis/malzeme imkânları ve kapsayıcı etkinlik seçenekleri için öğrenci önerilerinin alınması.</w:t>
      </w:r>
    </w:p>
    <w:p>
      <w:pPr>
        <w:pStyle w:val="ListNumber"/>
      </w:pPr>
      <w:r>
        <w:t>Faaliyet izinleri, veli onayı, güvenlik/risk yönetimi, kişisel veriler ve e-Okul kayıt süreci hakkında bilgilendirme.</w:t>
      </w:r>
    </w:p>
    <w:p>
      <w:pPr>
        <w:pStyle w:val="ListNumber"/>
      </w:pPr>
      <w:r>
        <w:t>Dilek ve temenniler.</w:t>
      </w:r>
    </w:p>
    <w:p>
      <w:pPr>
        <w:pStyle w:val="Heading2"/>
      </w:pPr>
      <w:r>
        <w:t>Kararlar</w:t>
      </w: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680"/>
        <w:gridCol w:w="9184"/>
      </w:tblGrid>
      <w:tr>
        <w:trPr>
          <w:tblHeader w:val="true"/>
        </w:trPr>
        <w:tc>
          <w:tcPr>
            <w:tcW w:type="dxa" w:w="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918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91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91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91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91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Toplantı Yazmanı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Temsilcisi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pPr>
        <w:pStyle w:val="Heading1"/>
        <w:pageBreakBefore/>
      </w:pPr>
      <w:r>
        <w:t>D — 2026-2027 YILLIK ÇALIŞMA PLANI (I. DÖNEM)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MEB çalışma takvimi: 14 Eylül 2026 - 22 Ocak 2027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1700"/>
        <w:gridCol w:w="1750"/>
        <w:gridCol w:w="2450"/>
        <w:gridCol w:w="3963"/>
      </w:tblGrid>
      <w:tr>
        <w:trPr>
          <w:tblHeader w:val="true"/>
        </w:trPr>
        <w:tc>
          <w:tcPr>
            <w:tcW w:type="dxa" w:w="17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75E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Tarih</w:t>
            </w:r>
          </w:p>
        </w:tc>
        <w:tc>
          <w:tcPr>
            <w:tcW w:type="dxa" w:w="17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75E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Konu</w:t>
            </w:r>
          </w:p>
        </w:tc>
        <w:tc>
          <w:tcPr>
            <w:tcW w:type="dxa" w:w="24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75E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Amaç</w:t>
            </w:r>
          </w:p>
        </w:tc>
        <w:tc>
          <w:tcPr>
            <w:tcW w:type="dxa" w:w="3963"/>
            <w:shd w:fill="17375E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Yapılacak Çalışmalar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14-18 Eylül 2026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Kulübün kuruluşu ve tanıtımı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Spor Kulübü amaçlarını tanıtmak ve öğrenci beklentilerini belirlemek.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Kulüp amaçları örnek çalışmalarla tanıtılır; üye listesi kesinleştirilir; her öğrenciden en az bir faaliyet önerisi alınarak öneri havuzu oluşturulur.</w:t>
            </w:r>
          </w:p>
        </w:tc>
      </w:tr>
      <w:tr>
        <w:tc>
          <w:tcPr>
            <w:tcW w:type="dxa" w:w="1700"/>
            <w:shd w:fill="F4F6F8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21-25 Eylül 2026</w:t>
            </w:r>
          </w:p>
        </w:tc>
        <w:tc>
          <w:tcPr>
            <w:tcW w:type="dxa" w:w="17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Seçim ve görev dağılımı</w:t>
            </w:r>
          </w:p>
        </w:tc>
        <w:tc>
          <w:tcPr>
            <w:tcW w:type="dxa" w:w="24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Demokratik seçim ve görev bilinci geliştirmek.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Gizli oy/açık sayım yöntemiyle kulüp temsilcisi seçilir; branş, takım, malzeme, sağlık-güvenlik, fikstür ve kayıt görevleri öğrencilere dağıtılır; görev çizelgesi imzalanır.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28 Eylül-2 Ekim 2026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Başlangıç durumu ve ihtiyaç analizi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Öncelikli okul ve öğrenci ihtiyacını belirlemek.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Öğrenci spor ilgileri, okul tesis/malzeme imkânları ve kapsayıcı etkinlik seçenekleri incelenir; en az üç bulgu/öneri bir ihtiyaç-öncelik tablosuna yazılır; uygulanabilir ilk çalışma oylanır.</w:t>
            </w:r>
          </w:p>
        </w:tc>
      </w:tr>
      <w:tr>
        <w:tc>
          <w:tcPr>
            <w:tcW w:type="dxa" w:w="1700"/>
            <w:shd w:fill="F4F6F8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5-16 Ekim 2026</w:t>
            </w:r>
          </w:p>
        </w:tc>
        <w:tc>
          <w:tcPr>
            <w:tcW w:type="dxa" w:w="17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Beceri eğitimi ve ekip hazırlığı</w:t>
            </w:r>
          </w:p>
        </w:tc>
        <w:tc>
          <w:tcPr>
            <w:tcW w:type="dxa" w:w="24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Güvenli, etik ve doğru bilgiye dayalı çalışma becerisi kazandırmak.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Isınma-soğuma, güvenli hareket, fair play, temel ilk yardım, hijyen ve oyun kuralları konusunda kısa atölye yapılır; öğrenciler en az üç güvenilir kaynağı kaynak kontrol formuyla değerlendirir; uygulama ekipleri oluşturulur.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19-30 Ekim 2026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Birinci dönem projesinin tasarımı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Ölçülebilir ve uygulanabilir bir proje tasarlamak.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Okul içi dostluk etkinliği için branş, katılım, görev, fikstür, malzeme ve güvenlik planı; her ekip bir görev kartı hazırlar ve proje için en az bir ölçülebilir başarı göstergesi belirler.</w:t>
            </w:r>
          </w:p>
        </w:tc>
      </w:tr>
      <w:tr>
        <w:tc>
          <w:tcPr>
            <w:tcW w:type="dxa" w:w="1700"/>
            <w:shd w:fill="F4F6F8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2-13 Kasım 2026</w:t>
            </w:r>
          </w:p>
        </w:tc>
        <w:tc>
          <w:tcPr>
            <w:tcW w:type="dxa" w:w="17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Onay, güvenlik ve uygulama hazırlığı</w:t>
            </w:r>
          </w:p>
        </w:tc>
        <w:tc>
          <w:tcPr>
            <w:tcW w:type="dxa" w:w="24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Etkinliği mevzuat ve güvenlik koşullarına uygunlaştırmak.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Etkinlik teklif formu tamamlanır; görevli öğrenciler, araç-gereç, tahmini gider, izin/veli onayı, kişisel veri ve risk tedbirleri kontrol listesinde işaretlenir.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16-20 Kasım 2026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Birinci dönem ara tatili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MEB çalışma takvimine uygun dinlenme süresini korumak.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Birinci dönem ara tatili nedeniyle kulüp toplantısı ve öğrenci faaliyeti planlanmaz.</w:t>
            </w:r>
          </w:p>
        </w:tc>
      </w:tr>
      <w:tr>
        <w:tc>
          <w:tcPr>
            <w:tcW w:type="dxa" w:w="1700"/>
            <w:shd w:fill="F4F6F8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23 Kasım-11 Aralık 2026</w:t>
            </w:r>
          </w:p>
        </w:tc>
        <w:tc>
          <w:tcPr>
            <w:tcW w:type="dxa" w:w="17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Birinci uygulama</w:t>
            </w:r>
          </w:p>
        </w:tc>
        <w:tc>
          <w:tcPr>
            <w:tcW w:type="dxa" w:w="24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Planı ekip çalışmasıyla uygulamaya dönüştürmek.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Onaylanan takım oyunu, bireysel beceri parkuru veya hareket etkinliğinin uygulanması; katılım listesi tutulur, süreç görev günlüğüne işlenir ve izinli görsel/ürün örnekleri dosyalanır.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14-25 Aralık 2026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Ürün oluşturma ve akran değerlendirmesi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Sonucu ürüne dönüştürmek ve akran geri bildirimi almak.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Her ekip en az bir fikstür, katılım çizelgesi, fair play değerlendirmesi veya spor tanıtım panosu hazırlar; ürünler üç ölçütlü akran değerlendirme formuyla incelenir ve gerekli düzeltmeler yapılır.</w:t>
            </w:r>
          </w:p>
        </w:tc>
      </w:tr>
      <w:tr>
        <w:tc>
          <w:tcPr>
            <w:tcW w:type="dxa" w:w="1700"/>
            <w:shd w:fill="F4F6F8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28 Aralık 2026-8 Ocak 2027</w:t>
            </w:r>
          </w:p>
        </w:tc>
        <w:tc>
          <w:tcPr>
            <w:tcW w:type="dxa" w:w="17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Okul çapında farkındalık</w:t>
            </w:r>
          </w:p>
        </w:tc>
        <w:tc>
          <w:tcPr>
            <w:tcW w:type="dxa" w:w="24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Okulda farkındalık oluşturmak ve değişimi ölçmek.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Aktif yaşam, dengeli beslenme, ekran süresi ve spor ahlakı konusunda bir bilgi kartı/afiş ve kısa sınıf duyurusu hazırlanır; beş soruluk ön-son yoklama ile geri bildirim toplanır.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11-22 Ocak 2027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I. dönem değerlendirmesi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Dönem hedeflerini kanıtlara göre değerlendirmek.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Ürünler, katılım listeleri, izinler ve görseller kontrol edilir; hedef-gerçekleşme tablosu ile I. dönem faaliyet raporu hazırlanır; uygun e-Okul kayıtları doğrulanır.</w:t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Sosyal Etkinlikler Kurul Başkanı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Öğrenci Kulübü Temsilcisi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Adı Soyadı</w:t>
              <w:br/>
              <w:t>İmza / Tarih</w:t>
            </w:r>
          </w:p>
        </w:tc>
      </w:tr>
    </w:tbl>
    <w:p>
      <w:pPr>
        <w:spacing w:after="20"/>
      </w:pPr>
    </w:p>
    <w:p>
      <w:pPr>
        <w:pStyle w:val="Heading1"/>
        <w:pageBreakBefore/>
      </w:pPr>
      <w:r>
        <w:t>D — 2026-2027 YILLIK ÇALIŞMA PLANI (II. DÖNEM)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MEB çalışma takvimi: 8 Şubat 2027 - 25 Haziran 2027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1700"/>
        <w:gridCol w:w="1750"/>
        <w:gridCol w:w="2450"/>
        <w:gridCol w:w="3963"/>
      </w:tblGrid>
      <w:tr>
        <w:trPr>
          <w:tblHeader w:val="true"/>
        </w:trPr>
        <w:tc>
          <w:tcPr>
            <w:tcW w:type="dxa" w:w="17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75E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Tarih</w:t>
            </w:r>
          </w:p>
        </w:tc>
        <w:tc>
          <w:tcPr>
            <w:tcW w:type="dxa" w:w="17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75E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Konu</w:t>
            </w:r>
          </w:p>
        </w:tc>
        <w:tc>
          <w:tcPr>
            <w:tcW w:type="dxa" w:w="24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75E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Amaç</w:t>
            </w:r>
          </w:p>
        </w:tc>
        <w:tc>
          <w:tcPr>
            <w:tcW w:type="dxa" w:w="3963"/>
            <w:shd w:fill="17375E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Yapılacak Çalışmalar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8-19 Şubat 2027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Planın güncellenmesi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Birinci dönem verilerine göre öncelikleri güncellemek.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I. dönem raporundaki güçlü yönler ve geliştirme alanları listelenir; öğrencilerden ikinci dönem önerileri alınır; görev ve zaman çizelgesi güncellenir.</w:t>
            </w:r>
          </w:p>
        </w:tc>
      </w:tr>
      <w:tr>
        <w:tc>
          <w:tcPr>
            <w:tcW w:type="dxa" w:w="1700"/>
            <w:shd w:fill="F4F6F8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22 Şubat-5 Mart 2027</w:t>
            </w:r>
          </w:p>
        </w:tc>
        <w:tc>
          <w:tcPr>
            <w:tcW w:type="dxa" w:w="17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Araştırma ve ikinci etkinlik teklifi</w:t>
            </w:r>
          </w:p>
        </w:tc>
        <w:tc>
          <w:tcPr>
            <w:tcW w:type="dxa" w:w="24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Doğrulanmış bilgi ve uygulanabilir seçenekler toplamak.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Ikinci dönem branş seçimi, yerel spor tesisi/kulübü veya spor mesleği araştırması yapılır; en az üç kaynak/kurum seçeneği karşılaştırma tablosuna işlenir; gerekçeli etkinlik teklifi yönetime sunulur.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8-12 Mart 2027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İkinci dönem ara tatili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MEB çalışma takvimine uygun dinlenme süresini korumak.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İkinci dönem ara tatili nedeniyle kulüp toplantısı ve öğrenci faaliyeti planlanmaz.</w:t>
            </w:r>
          </w:p>
        </w:tc>
      </w:tr>
      <w:tr>
        <w:tc>
          <w:tcPr>
            <w:tcW w:type="dxa" w:w="1700"/>
            <w:shd w:fill="F4F6F8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15 Mart-2 Nisan 2027</w:t>
            </w:r>
          </w:p>
        </w:tc>
        <w:tc>
          <w:tcPr>
            <w:tcW w:type="dxa" w:w="17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Uygulama provası ve son hazırlık</w:t>
            </w:r>
          </w:p>
        </w:tc>
        <w:tc>
          <w:tcPr>
            <w:tcW w:type="dxa" w:w="24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Görev, malzeme, süre ve güvenlik düzenini denemek.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Görev kartları ve malzeme listesi tamamlanır; kısa prova/pilot uygulama yapılır; görülen en az iki eksik düzeltilir; izin ve risk kontrolü son kez yapılır.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5-23 Nisan 2027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Kulübe özgü tematik etkinlik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Belirli gün ve haftaları kulüp alanıyla ilişkilendirmek.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Sağlıklı yaşam ve spor kültürü temalı turnuva, parkur veya söyleşi; öğrenciler araştırma, sunum ve uygulama ekiplerine ayrılır; katılım ve ortaya çıkan ürünler etkinlik sonuç formuna kaydedilir.</w:t>
            </w:r>
          </w:p>
        </w:tc>
      </w:tr>
      <w:tr>
        <w:tc>
          <w:tcPr>
            <w:tcW w:type="dxa" w:w="1700"/>
            <w:shd w:fill="F4F6F8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26 Nisan-7 Mayıs 2027</w:t>
            </w:r>
          </w:p>
        </w:tc>
        <w:tc>
          <w:tcPr>
            <w:tcW w:type="dxa" w:w="17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İkinci ana uygulama</w:t>
            </w:r>
          </w:p>
        </w:tc>
        <w:tc>
          <w:tcPr>
            <w:tcW w:type="dxa" w:w="24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Kulüp becerilerini bağımsız görevlerle pekiştirmek.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Onaylanan ikinci sportif etkinlik veya tesis inceleme çalışması; her ekip süreci kısa görev günlüğüyle belgeler ve uygulama sonunda iki güçlü yön ile bir geliştirme önerisi yazar.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10-28 Mayıs 2027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Sosyal sorumluluk ve toplum hizmeti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Gönüllülük ve ölçülebilir toplumsal fayda üretmek.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Herkes için spor, kapsayıcılık ve fair play farkındalığı; hedef kitle ve ihtiyaç belirlenir, onaylı çalışma uygulanır; yararlanıcı/katılımcı sayısı ve geri bildirim sonuçları sosyal etki formuna yazılır.</w:t>
            </w:r>
          </w:p>
        </w:tc>
      </w:tr>
      <w:tr>
        <w:tc>
          <w:tcPr>
            <w:tcW w:type="dxa" w:w="1700"/>
            <w:shd w:fill="F4F6F8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31 Mayıs-11 Haziran 2027</w:t>
            </w:r>
          </w:p>
        </w:tc>
        <w:tc>
          <w:tcPr>
            <w:tcW w:type="dxa" w:w="17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Sergileme, paylaşım ve geri bildirim</w:t>
            </w:r>
          </w:p>
        </w:tc>
        <w:tc>
          <w:tcPr>
            <w:tcW w:type="dxa" w:w="24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Ürünleri paylaşmak ve paydaş geri bildirimi almak.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Yıl sonu spor şenliği, gösteri ve fair play ödüllendirmesi; en az bir sergi/sunum alanı hazırlanır, ziyaretçi geri bildirimleri toplanır ve uygun etkinlik kayıtları e-Okul Sosyal Etkinlik Modülünde kontrol edilir.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14-25 Haziran 2027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Yıl sonu raporlama ve arşiv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Yıllık hedefleri değerlendirmek ve dosyayı tamamlamak.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Öğrenci öz değerlendirmeleri alınır; planlanan-gerçekleşen faaliyet tablosu ve yıl sonu raporu hazırlanır; seçilmiş ürün, tutanak, izin ve görseller tarih sırasıyla arşivlenir.</w:t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Sosyal Etkinlikler Kurul Başkanı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Öğrenci Kulübü Temsilcisi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Adı Soyadı</w:t>
              <w:br/>
              <w:t>İmza / Tarih</w:t>
            </w:r>
          </w:p>
        </w:tc>
      </w:tr>
    </w:tbl>
    <w:p>
      <w:pPr>
        <w:spacing w:after="20"/>
      </w:pPr>
    </w:p>
    <w:p>
      <w:pPr>
        <w:pStyle w:val="Heading1"/>
        <w:pageBreakBefore/>
      </w:pPr>
      <w:r>
        <w:t>E — KULÜP TOPLANTI TUTANAĞI ŞABLONU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Toplantı no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 / saat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 / .... / 20....   •   ........ : ........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Yer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Katılan / toplam üye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 / ........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Toplantı başkanı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Yazman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Gündem maddeleri</w:t>
      </w: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680"/>
        <w:gridCol w:w="9184"/>
      </w:tblGrid>
      <w:tr>
        <w:trPr>
          <w:tblHeader w:val="true"/>
        </w:trPr>
        <w:tc>
          <w:tcPr>
            <w:tcW w:type="dxa" w:w="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918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91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91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91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91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>
      <w:pPr>
        <w:pStyle w:val="Heading2"/>
      </w:pPr>
      <w:r>
        <w:t>Alınan kararlar</w:t>
      </w: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680"/>
        <w:gridCol w:w="9184"/>
      </w:tblGrid>
      <w:tr>
        <w:trPr>
          <w:tblHeader w:val="true"/>
        </w:trPr>
        <w:tc>
          <w:tcPr>
            <w:tcW w:type="dxa" w:w="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918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91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91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91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91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Toplantı Yazmanı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Temsilcisi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E — TOPLANTI / ETKİNLİK KATILIM ÇİZELGESİ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Kulüp / etkinlik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 / saat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Yer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2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680"/>
        <w:gridCol w:w="1247"/>
        <w:gridCol w:w="3628"/>
        <w:gridCol w:w="1871"/>
        <w:gridCol w:w="2438"/>
      </w:tblGrid>
      <w:tr>
        <w:trPr>
          <w:tblHeader w:val="true"/>
        </w:trPr>
        <w:tc>
          <w:tcPr>
            <w:tcW w:type="dxa" w:w="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Sıra</w:t>
            </w:r>
          </w:p>
        </w:tc>
        <w:tc>
          <w:tcPr>
            <w:tcW w:type="dxa" w:w="124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Okul No</w:t>
            </w:r>
          </w:p>
        </w:tc>
        <w:tc>
          <w:tcPr>
            <w:tcW w:type="dxa" w:w="362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Adı Soyadı</w:t>
            </w:r>
          </w:p>
        </w:tc>
        <w:tc>
          <w:tcPr>
            <w:tcW w:type="dxa" w:w="187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Sınıf / Şube</w:t>
            </w:r>
          </w:p>
        </w:tc>
        <w:tc>
          <w:tcPr>
            <w:tcW w:type="dxa" w:w="243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İmza</w:t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7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8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9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10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11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12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13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14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15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16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17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18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19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20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Çizelgeyi Düzenleyen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Temsilcisi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E — KARAR VE GERÇEKLEŞME TAKİP ÇİZELGESİ</w:t>
      </w:r>
    </w:p>
    <w:tbl>
      <w:tblPr>
        <w:tblW w:type="dxa" w:w="9862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624"/>
        <w:gridCol w:w="3685"/>
        <w:gridCol w:w="2041"/>
        <w:gridCol w:w="1417"/>
        <w:gridCol w:w="2098"/>
      </w:tblGrid>
      <w:tr>
        <w:trPr>
          <w:tblHeader w:val="true"/>
        </w:trPr>
        <w:tc>
          <w:tcPr>
            <w:tcW w:type="dxa" w:w="623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No</w:t>
            </w:r>
          </w:p>
        </w:tc>
        <w:tc>
          <w:tcPr>
            <w:tcW w:type="dxa" w:w="3685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Karar / Yapılacak İş</w:t>
            </w:r>
          </w:p>
        </w:tc>
        <w:tc>
          <w:tcPr>
            <w:tcW w:type="dxa" w:w="204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Sorumlu</w:t>
            </w:r>
          </w:p>
        </w:tc>
        <w:tc>
          <w:tcPr>
            <w:tcW w:type="dxa" w:w="141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Termin</w:t>
            </w:r>
          </w:p>
        </w:tc>
        <w:tc>
          <w:tcPr>
            <w:tcW w:type="dxa" w:w="209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Sonuç / Durum</w:t>
            </w:r>
          </w:p>
        </w:tc>
      </w:tr>
      <w:tr>
        <w:tc>
          <w:tcPr>
            <w:tcW w:type="dxa" w:w="62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368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368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368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368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368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368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7</w:t>
            </w:r>
          </w:p>
        </w:tc>
        <w:tc>
          <w:tcPr>
            <w:tcW w:type="dxa" w:w="368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8</w:t>
            </w:r>
          </w:p>
        </w:tc>
        <w:tc>
          <w:tcPr>
            <w:tcW w:type="dxa" w:w="368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9</w:t>
            </w:r>
          </w:p>
        </w:tc>
        <w:tc>
          <w:tcPr>
            <w:tcW w:type="dxa" w:w="368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10</w:t>
            </w:r>
          </w:p>
        </w:tc>
        <w:tc>
          <w:tcPr>
            <w:tcW w:type="dxa" w:w="368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11</w:t>
            </w:r>
          </w:p>
        </w:tc>
        <w:tc>
          <w:tcPr>
            <w:tcW w:type="dxa" w:w="368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12</w:t>
            </w:r>
          </w:p>
        </w:tc>
        <w:tc>
          <w:tcPr>
            <w:tcW w:type="dxa" w:w="368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KULLANIM NOTU: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Her toplantıdan sonra karar numarası, sorumlu kişi/ekip ve tamamlanma durumu işlenir. Tamamlanan işin kanıtı veya dosyadaki ek numarası “Sonuç / Durum” sütununa yazılır.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F — SOSYAL SORUMLULUK PROGRAMI ETKİNLİK/GÖREV/PROJE TEKLİF FORMU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MEB Kasım 2024 Uygulama Kılavuzu EK-5 alan yapısına göre düzenlenmiştir.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Önerildiği tarih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 / .... / 20....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Etkinlik / Görev / Proje adı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Konusu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Okul koordinatörü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Amacı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Özeti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Hedef kitlesi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Katkı sağlayabilecek kurum/kuruluşlar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Materyal, araç ve gereçler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Süresi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Beklenen yararlar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</w:tbl>
    <w:p>
      <w:pPr>
        <w:pStyle w:val="Heading2"/>
      </w:pPr>
      <w:r>
        <w:t>Öğrenci ekibi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680"/>
        <w:gridCol w:w="4535"/>
        <w:gridCol w:w="1984"/>
        <w:gridCol w:w="2665"/>
      </w:tblGrid>
      <w:tr>
        <w:trPr>
          <w:tblHeader w:val="true"/>
        </w:trPr>
        <w:tc>
          <w:tcPr>
            <w:tcW w:type="dxa" w:w="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Sıra</w:t>
            </w:r>
          </w:p>
        </w:tc>
        <w:tc>
          <w:tcPr>
            <w:tcW w:type="dxa" w:w="4535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Adı Soyadı</w:t>
            </w:r>
          </w:p>
        </w:tc>
        <w:tc>
          <w:tcPr>
            <w:tcW w:type="dxa" w:w="198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Okul No</w:t>
            </w:r>
          </w:p>
        </w:tc>
        <w:tc>
          <w:tcPr>
            <w:tcW w:type="dxa" w:w="26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Sınıfı</w:t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45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45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66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45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45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66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45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45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66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F — ETKİNLİK/GÖREV/PROJE ÇALIŞMA PLANI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MEB Kasım 2024 Uygulama Kılavuzu EK-6 alan yapısına göre düzenlenmiştir.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Başlama ve bitiş tarihi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 / .... / 20....  -  .... / .... / 20....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Etkinlik / Görev / Proje adı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Danışman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Okul koordinatörü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Katkı sağlayabilecek kurum/kuruluşlar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680"/>
        <w:gridCol w:w="1757"/>
        <w:gridCol w:w="4876"/>
        <w:gridCol w:w="2551"/>
      </w:tblGrid>
      <w:tr>
        <w:trPr>
          <w:tblHeader w:val="true"/>
        </w:trPr>
        <w:tc>
          <w:tcPr>
            <w:tcW w:type="dxa" w:w="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Aşama</w:t>
            </w:r>
          </w:p>
        </w:tc>
        <w:tc>
          <w:tcPr>
            <w:tcW w:type="dxa" w:w="175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 / Süre</w:t>
            </w:r>
          </w:p>
        </w:tc>
        <w:tc>
          <w:tcPr>
            <w:tcW w:type="dxa" w:w="4875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Uygulama Basamağı</w:t>
            </w:r>
          </w:p>
        </w:tc>
        <w:tc>
          <w:tcPr>
            <w:tcW w:type="dxa" w:w="255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Sorumlu</w:t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175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4876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175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4876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55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175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4876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175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4876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55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175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4876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175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4876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55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7</w:t>
            </w:r>
          </w:p>
        </w:tc>
        <w:tc>
          <w:tcPr>
            <w:tcW w:type="dxa" w:w="175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4876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8</w:t>
            </w:r>
          </w:p>
        </w:tc>
        <w:tc>
          <w:tcPr>
            <w:tcW w:type="dxa" w:w="175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4876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55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>
      <w:pPr>
        <w:pStyle w:val="Heading2"/>
      </w:pPr>
      <w:r>
        <w:t>Ekip iş / görev dağılımı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948"/>
        <w:gridCol w:w="3402"/>
        <w:gridCol w:w="2098"/>
        <w:gridCol w:w="1417"/>
      </w:tblGrid>
      <w:tr>
        <w:trPr>
          <w:tblHeader w:val="true"/>
        </w:trPr>
        <w:tc>
          <w:tcPr>
            <w:tcW w:type="dxa" w:w="294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Adı Soyadı</w:t>
            </w:r>
          </w:p>
        </w:tc>
        <w:tc>
          <w:tcPr>
            <w:tcW w:type="dxa" w:w="340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Görevi</w:t>
            </w:r>
          </w:p>
        </w:tc>
        <w:tc>
          <w:tcPr>
            <w:tcW w:type="dxa" w:w="209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Teslim / Tamamlanma Tarihi</w:t>
            </w:r>
          </w:p>
        </w:tc>
        <w:tc>
          <w:tcPr>
            <w:tcW w:type="dxa" w:w="141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İmza</w:t>
            </w:r>
          </w:p>
        </w:tc>
      </w:tr>
      <w:tr>
        <w:tc>
          <w:tcPr>
            <w:tcW w:type="dxa" w:w="294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948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0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94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948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0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94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F — ÖĞRENCİ KULÜBÜ FAALİYET BİLGİ FORMU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MEB Kasım 2024 Uygulama Kılavuzu EK-8 alan yapısına göre düzenlenmiştir.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Kulüp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Spor Kulübü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Danışman öğretmen adı soyadı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1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567"/>
        <w:gridCol w:w="1928"/>
        <w:gridCol w:w="1701"/>
        <w:gridCol w:w="3742"/>
        <w:gridCol w:w="1928"/>
      </w:tblGrid>
      <w:tr>
        <w:trPr>
          <w:tblHeader w:val="true"/>
        </w:trPr>
        <w:tc>
          <w:tcPr>
            <w:tcW w:type="dxa" w:w="56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Sıra</w:t>
            </w:r>
          </w:p>
        </w:tc>
        <w:tc>
          <w:tcPr>
            <w:tcW w:type="dxa" w:w="192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 Takımının Adı</w:t>
            </w:r>
          </w:p>
        </w:tc>
        <w:tc>
          <w:tcPr>
            <w:tcW w:type="dxa" w:w="17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Türü</w:t>
            </w:r>
          </w:p>
        </w:tc>
        <w:tc>
          <w:tcPr>
            <w:tcW w:type="dxa" w:w="374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İçerik / Kısa Özet</w:t>
            </w:r>
          </w:p>
        </w:tc>
        <w:tc>
          <w:tcPr>
            <w:tcW w:type="dxa" w:w="192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Planlanan Tarih</w:t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74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19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74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74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19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74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74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19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74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7</w:t>
            </w:r>
          </w:p>
        </w:tc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74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MEB FORM NOTU: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Bu form kulüp danışman öğretmeni tarafından doldurularak okul eylem/faaliyet planının hazırlanması için okul koordinatörüne teslim edilir.</w:t>
            </w:r>
          </w:p>
        </w:tc>
      </w:tr>
    </w:tbl>
    <w:p>
      <w:pPr>
        <w:spacing w:after="20"/>
      </w:pPr>
    </w:p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Temsilcisi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Koordinatörü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G — ETKİNLİK İÇİN YÖNETİM ONAYI / OLUR TASLAĞI</w:t>
      </w:r>
    </w:p>
    <w:p>
      <w:pPr>
        <w:jc w:val="right"/>
      </w:pPr>
      <w:r>
        <w:rPr>
          <w:rFonts w:ascii="Arial" w:hAnsi="Arial" w:eastAsia="Arial"/>
          <w:b w:val="0"/>
          <w:i w:val="0"/>
          <w:color w:val="5F6B75"/>
          <w:sz w:val="22"/>
        </w:rPr>
        <w:t>Sayı: ........................................</w:t>
        <w:br/>
        <w:t>Konu: Öğrenci Kulübü Etkinlik Onayı</w:t>
      </w:r>
    </w:p>
    <w:p>
      <w:pPr>
        <w:jc w:val="center"/>
      </w:pPr>
      <w:r>
        <w:rPr>
          <w:rFonts w:ascii="Arial" w:hAnsi="Arial" w:eastAsia="Arial"/>
          <w:b/>
          <w:i w:val="0"/>
          <w:color w:val="17365D"/>
          <w:sz w:val="22"/>
        </w:rPr>
        <w:t>OKUL MÜDÜRLÜĞÜ MAKAMINA</w:t>
      </w:r>
    </w:p>
    <w:p>
      <w:pPr>
        <w:spacing w:before="0" w:after="240" w:line="300" w:lineRule="auto"/>
      </w:pPr>
      <w:r>
        <w:rPr>
          <w:rFonts w:ascii="Arial" w:hAnsi="Arial" w:eastAsia="Arial"/>
          <w:b w:val="0"/>
          <w:i w:val="0"/>
          <w:color w:val="111111"/>
          <w:sz w:val="22"/>
        </w:rPr>
        <w:t>Okulumuz ........................................................ Öğrenci Kulübü tarafından, aşağıda bilgileri verilen etkinliğin/görevin/projenin; ilgili mevzuat, okul çalışma takvimi ve gerekli güvenlik/izin tedbirleri doğrultusunda gerçekleştirilmesi hususunu olurlarınıza arz ederim.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Faaliyetin adı / türü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Amaç ve kısa açıklama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 / saat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Yer / güzergâh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Katılımcılar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Sorumlu öğretmen(ler)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İş birliği yapılacak kurum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Ulaşım / güvenlik tedbirleri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Ekler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Katılımcı listesi / veli izinleri / çalışma planı / risk kontrolü / diğer: ........</w:t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  <w:br/>
              <w:t>Arz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Sosyal Etkinlikler Kurul Başkanı</w:t>
              <w:br/>
              <w:t>Uygun Görüş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Müdürü</w:t>
              <w:br/>
              <w:t>OLUR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G — VELİ İZİN BELGESİ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MEB Kasım 2024 Uygulama Kılavuzu EK-9 esas alınarak düzenlenmiştir.</w:t>
      </w:r>
    </w:p>
    <w:p>
      <w:pPr>
        <w:spacing w:before="0" w:after="280" w:line="324" w:lineRule="auto"/>
      </w:pPr>
      <w:r>
        <w:rPr>
          <w:rFonts w:ascii="Arial" w:hAnsi="Arial" w:eastAsia="Arial"/>
          <w:b w:val="0"/>
          <w:i w:val="0"/>
          <w:color w:val="111111"/>
          <w:sz w:val="22"/>
        </w:rPr>
        <w:t>Velisi bulunduğum ............ sınıfı, ............ numaralı ........................................................ adlı öğrencinin, .... / .... / 20.... tarihinde / .... / .... / 20.... - .... / .... / 20.... tarihleri arasında planlanan ........................................................................................................................ adlı Sosyal Sorumluluk Programı faaliyetine katılmasını uygun gördüğümü bildiririm.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Öğrencinin adı soyadı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Sınıfı / numarası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Velinin adı soyadı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Telefon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Adres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Sağlık problemi / özel durum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Düzenli ilaç kullanımı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Acil durumda aranacak kişi / telefon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GİZLİLİK: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Sağlık verileri özel nitelikli kişisel veridir. Yalnızca faaliyetin güvenli yürütülmesi için gerekli ölçüde alınmalı, yetkisiz kişilerle paylaşılmamalı ve okulun veri saklama kurallarına uygun korunmalıdır.</w:t>
            </w:r>
          </w:p>
        </w:tc>
      </w:tr>
    </w:tbl>
    <w:p>
      <w:pPr>
        <w:spacing w:after="20"/>
      </w:pPr>
    </w:p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Veli</w:t>
              <w:br/>
              <w:t>Adı Soyadı / 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Teslim Alan Öğretmen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Yönetimi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G — KİŞİSEL VERİLERİN KORUNMASI ONAY FORMU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MEB Kasım 2024 Uygulama Kılavuzu EK-10 temel alınmıştır.</w:t>
      </w:r>
    </w:p>
    <w:p>
      <w:pPr>
        <w:spacing w:before="0" w:after="160" w:line="283" w:lineRule="auto"/>
      </w:pPr>
      <w:r>
        <w:rPr>
          <w:rFonts w:ascii="Arial" w:hAnsi="Arial" w:eastAsia="Arial"/>
          <w:b w:val="0"/>
          <w:i w:val="0"/>
          <w:color w:val="111111"/>
          <w:sz w:val="22"/>
        </w:rPr>
        <w:t>Sosyal sorumluluk programı kapsamında faaliyetin yürütülmesi amacıyla; öğrencinin ad-soyad, sınıf/numara, katılım ve gerekli hâllerde iletişim/sağlık bilgilerinin amaçla sınırlı biçimde işlenebileceği; verilerin yalnızca yetkili kişilerce kullanılacağı ve yasal/kurumsal saklama süresi sonunda silineceği veya anonimleştirileceği hakkında bilgilendirildim.</w:t>
      </w:r>
    </w:p>
    <w:p>
      <w:pPr>
        <w:pStyle w:val="Heading2"/>
      </w:pPr>
      <w:r>
        <w:t>Tercih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1701"/>
        <w:gridCol w:w="8164"/>
      </w:tblGrid>
      <w:tr>
        <w:trPr>
          <w:tblHeader w:val="true"/>
        </w:trPr>
        <w:tc>
          <w:tcPr>
            <w:tcW w:type="dxa" w:w="17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Seçim</w:t>
            </w:r>
          </w:p>
        </w:tc>
        <w:tc>
          <w:tcPr>
            <w:tcW w:type="dxa" w:w="8163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Açıklama</w:t>
            </w:r>
          </w:p>
        </w:tc>
      </w:tr>
      <w:tr>
        <w:tc>
          <w:tcPr>
            <w:tcW w:type="dxa" w:w="1701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 EVET</w:t>
            </w:r>
          </w:p>
        </w:tc>
        <w:tc>
          <w:tcPr>
            <w:tcW w:type="dxa" w:w="816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Yukarıda açıklanan amaçlarla kişisel verilerin işlenmesine onay veriyorum.</w:t>
            </w:r>
          </w:p>
        </w:tc>
      </w:tr>
      <w:tr>
        <w:tc>
          <w:tcPr>
            <w:tcW w:type="dxa" w:w="1701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 HAYIR</w:t>
            </w:r>
          </w:p>
        </w:tc>
        <w:tc>
          <w:tcPr>
            <w:tcW w:type="dxa" w:w="816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Kişisel verilerin işlenmesine onay vermiyorum.</w:t>
            </w:r>
          </w:p>
        </w:tc>
      </w:tr>
    </w:tbl>
    <w:p>
      <w:pPr>
        <w:pStyle w:val="Heading2"/>
      </w:pPr>
      <w:r>
        <w:t>Görsel kayıt ve paylaşım tercihi</w:t>
      </w: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1928"/>
        <w:gridCol w:w="7937"/>
      </w:tblGrid>
      <w:tr>
        <w:trPr>
          <w:tblHeader w:val="true"/>
        </w:trPr>
        <w:tc>
          <w:tcPr>
            <w:tcW w:type="dxa" w:w="192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Seçim</w:t>
            </w:r>
          </w:p>
        </w:tc>
        <w:tc>
          <w:tcPr>
            <w:tcW w:type="dxa" w:w="793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Açıklama</w:t>
            </w:r>
          </w:p>
        </w:tc>
      </w:tr>
      <w:tr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 OKUL İÇİ</w:t>
            </w:r>
          </w:p>
        </w:tc>
        <w:tc>
          <w:tcPr>
            <w:tcW w:type="dxa" w:w="793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Görseller yalnızca okul içi eğitim/sergileme amaçlı kullanılabilir.</w:t>
            </w:r>
          </w:p>
        </w:tc>
      </w:tr>
      <w:tr>
        <w:tc>
          <w:tcPr>
            <w:tcW w:type="dxa" w:w="19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 RESMÎ KANALLAR</w:t>
            </w:r>
          </w:p>
        </w:tc>
        <w:tc>
          <w:tcPr>
            <w:tcW w:type="dxa" w:w="793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Gerekli izinler çerçevesinde okul/ilçe/il MEB resmî kanallarında kullanılabilir.</w:t>
            </w:r>
          </w:p>
        </w:tc>
      </w:tr>
      <w:tr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 İZİN VERMİYORUM</w:t>
            </w:r>
          </w:p>
        </w:tc>
        <w:tc>
          <w:tcPr>
            <w:tcW w:type="dxa" w:w="793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Öğrencinin tanınabilir görselinin kullanılmasına izin vermiyorum.</w:t>
            </w:r>
          </w:p>
        </w:tc>
      </w:tr>
    </w:tbl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Öğrencinin adı soyadı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Velinin adı soyadı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İmza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HUKUKİ NOT: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Açık rıza gerekliliği ve aydınlatma metni, okulun veri sorumlusu uygulamasına göre ayrıca gözden geçirilmelidir. Bu şablon, kurumun KVKK aydınlatma yükümlülüğünün yerine geçtiği anlamına gelmez.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G — ETKİNLİK RİSK VE GÜVENLİK KONTROL FORMU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 / yer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Sorumlu öğretmen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2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268"/>
        <w:gridCol w:w="2608"/>
        <w:gridCol w:w="3175"/>
        <w:gridCol w:w="1814"/>
      </w:tblGrid>
      <w:tr>
        <w:trPr>
          <w:tblHeader w:val="true"/>
        </w:trPr>
        <w:tc>
          <w:tcPr>
            <w:tcW w:type="dxa" w:w="226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Risk Başlığı</w:t>
            </w:r>
          </w:p>
        </w:tc>
        <w:tc>
          <w:tcPr>
            <w:tcW w:type="dxa" w:w="260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Risk / Tehlike</w:t>
            </w:r>
          </w:p>
        </w:tc>
        <w:tc>
          <w:tcPr>
            <w:tcW w:type="dxa" w:w="317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Alınan Önlem</w:t>
            </w:r>
          </w:p>
        </w:tc>
        <w:tc>
          <w:tcPr>
            <w:tcW w:type="dxa" w:w="181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Sorumlu</w:t>
            </w:r>
          </w:p>
        </w:tc>
      </w:tr>
      <w:tr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Ulaşım / trafik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17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Toplanma-dağılma / öğrenci sayımı</w:t>
            </w:r>
          </w:p>
        </w:tc>
        <w:tc>
          <w:tcPr>
            <w:tcW w:type="dxa" w:w="260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17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Mekân ve fiziksel güvenlik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17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Sağlık / alerji / ilaç</w:t>
            </w:r>
          </w:p>
        </w:tc>
        <w:tc>
          <w:tcPr>
            <w:tcW w:type="dxa" w:w="260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17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Hava koşulları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17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Araç-gereç kullanımı</w:t>
            </w:r>
          </w:p>
        </w:tc>
        <w:tc>
          <w:tcPr>
            <w:tcW w:type="dxa" w:w="260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17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Kişisel veri / fotoğraf-video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17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Acil durum iletişimi</w:t>
            </w:r>
          </w:p>
        </w:tc>
        <w:tc>
          <w:tcPr>
            <w:tcW w:type="dxa" w:w="260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17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26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Diğer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17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1134"/>
        <w:gridCol w:w="8731"/>
      </w:tblGrid>
      <w:tr>
        <w:trPr>
          <w:tblHeader w:val="true"/>
        </w:trPr>
        <w:tc>
          <w:tcPr>
            <w:tcW w:type="dxa" w:w="1133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Kontrol</w:t>
            </w:r>
          </w:p>
        </w:tc>
        <w:tc>
          <w:tcPr>
            <w:tcW w:type="dxa" w:w="873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Durum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Gerekli izin ve onaylar tamamlandı.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Veli izinleri toplandı.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Katılımcı ve acil iletişim listesi hazır.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Görev dağılımı ve öğrenci sayım yöntemi belirlendi.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İlk yardım / acil durum planı değerlendirildi.</w:t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Hazırlayan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Kontrol Eden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Yönetimi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G — ETKİNLİK GÖREV DAĞILIMI VE İLETİŞİM PLANI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 / saat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Toplanma-dağılma yeri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567"/>
        <w:gridCol w:w="2551"/>
        <w:gridCol w:w="2948"/>
        <w:gridCol w:w="1814"/>
        <w:gridCol w:w="1984"/>
      </w:tblGrid>
      <w:tr>
        <w:trPr>
          <w:tblHeader w:val="true"/>
        </w:trPr>
        <w:tc>
          <w:tcPr>
            <w:tcW w:type="dxa" w:w="56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Sıra</w:t>
            </w:r>
          </w:p>
        </w:tc>
        <w:tc>
          <w:tcPr>
            <w:tcW w:type="dxa" w:w="255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Adı Soyadı</w:t>
            </w:r>
          </w:p>
        </w:tc>
        <w:tc>
          <w:tcPr>
            <w:tcW w:type="dxa" w:w="294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Görev</w:t>
            </w:r>
          </w:p>
        </w:tc>
        <w:tc>
          <w:tcPr>
            <w:tcW w:type="dxa" w:w="181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Başlama / Bitiş</w:t>
            </w:r>
          </w:p>
        </w:tc>
        <w:tc>
          <w:tcPr>
            <w:tcW w:type="dxa" w:w="198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Teslim / Kanıt</w:t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255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255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255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7</w:t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8</w:t>
            </w:r>
          </w:p>
        </w:tc>
        <w:tc>
          <w:tcPr>
            <w:tcW w:type="dxa" w:w="255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9</w:t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10</w:t>
            </w:r>
          </w:p>
        </w:tc>
        <w:tc>
          <w:tcPr>
            <w:tcW w:type="dxa" w:w="255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11</w:t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>
      <w:pPr>
        <w:pStyle w:val="Heading2"/>
      </w:pPr>
      <w:r>
        <w:t>Acil iletişim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3798"/>
        <w:gridCol w:w="3231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Rol</w:t>
            </w:r>
          </w:p>
        </w:tc>
        <w:tc>
          <w:tcPr>
            <w:tcW w:type="dxa" w:w="379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Adı Soyadı</w:t>
            </w:r>
          </w:p>
        </w:tc>
        <w:tc>
          <w:tcPr>
            <w:tcW w:type="dxa" w:w="323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Telefon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Okul yönetimi</w:t>
            </w:r>
          </w:p>
        </w:tc>
        <w:tc>
          <w:tcPr>
            <w:tcW w:type="dxa" w:w="37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2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Sorumlu öğretmen</w:t>
            </w:r>
          </w:p>
        </w:tc>
        <w:tc>
          <w:tcPr>
            <w:tcW w:type="dxa" w:w="37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2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Yedek sorumlu</w:t>
            </w:r>
          </w:p>
        </w:tc>
        <w:tc>
          <w:tcPr>
            <w:tcW w:type="dxa" w:w="37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2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Gidilen kurum yetkilisi</w:t>
            </w:r>
          </w:p>
        </w:tc>
        <w:tc>
          <w:tcPr>
            <w:tcW w:type="dxa" w:w="37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2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H — ETKİNLİK/GÖREV/PROJE SONUÇ RAPORU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Faaliyetin adı / türü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Uygulama tarihi / yeri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Amaç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Gerçekleştirilen çalışmalar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Katılımcı sayısı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Öğrenci: .......  Öğretmen: .......  Diğer: 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İş birliği yapılan kurum/kişiler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Elde edilen sonuçlar / sosyal fayda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Karşılaşılan güçlükler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Geliştirme önerileri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Dosya ekleri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Fotoğraf / afiş / liste / ürün / yazışma / diğer: ........................</w:t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Raporu Hazırlayan Öğrenci/Ekip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Koordinatörü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H — SOSYAL ETKİ VE FAALİYET DEĞERLENDİRME FORMU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Değerlendirme tarihi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Değerlendiren ekip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3402"/>
        <w:gridCol w:w="1417"/>
        <w:gridCol w:w="5046"/>
      </w:tblGrid>
      <w:tr>
        <w:trPr>
          <w:tblHeader w:val="true"/>
        </w:trPr>
        <w:tc>
          <w:tcPr>
            <w:tcW w:type="dxa" w:w="340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Ölçüt</w:t>
            </w:r>
          </w:p>
        </w:tc>
        <w:tc>
          <w:tcPr>
            <w:tcW w:type="dxa" w:w="141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1-5 Puan</w:t>
            </w:r>
          </w:p>
        </w:tc>
        <w:tc>
          <w:tcPr>
            <w:tcW w:type="dxa" w:w="5045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Kanıt / Açıklama</w:t>
            </w:r>
          </w:p>
        </w:tc>
      </w:tr>
      <w:tr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Amaçlara ulaşma</w:t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5046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Hedef kitleye erişim</w:t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5046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 katılımı / görev sorumluluğu</w:t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5046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İş birliği ve iletişim</w:t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5046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Sosyal fayda / görünür etki</w:t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5046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Sürdürülebilirlik / devam olanağı</w:t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5046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Kaynakların verimli kullanımı</w:t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5046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>
      <w:pPr>
        <w:pStyle w:val="Heading2"/>
      </w:pPr>
      <w:r>
        <w:t>Katılımcı geri bildirimi / gözlem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Güçlü yönler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Geliştirilecek yönler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Sonraki adım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</w:tbl>
    <w:p>
      <w:r>
        <w:br w:type="page"/>
      </w:r>
    </w:p>
    <w:p>
      <w:pPr>
        <w:pStyle w:val="Heading1"/>
      </w:pPr>
      <w:r>
        <w:t>I — SOSYAL SORUMLULUK PROGRAMI ÖĞRENCİ DEĞERLENDİRME FORMU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MEB Kasım 2024 Uygulama Kılavuzu EK-7 ölçütleri esas alınmıştır.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/ proje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Danışman öğretmen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Öğrencinin adı soyadı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59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454"/>
        <w:gridCol w:w="4762"/>
        <w:gridCol w:w="397"/>
        <w:gridCol w:w="397"/>
        <w:gridCol w:w="397"/>
        <w:gridCol w:w="397"/>
        <w:gridCol w:w="397"/>
        <w:gridCol w:w="2665"/>
      </w:tblGrid>
      <w:tr>
        <w:trPr>
          <w:tblHeader w:val="true"/>
        </w:trPr>
        <w:tc>
          <w:tcPr>
            <w:tcW w:type="dxa" w:w="453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No</w:t>
            </w:r>
          </w:p>
        </w:tc>
        <w:tc>
          <w:tcPr>
            <w:tcW w:type="dxa" w:w="476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Değerlendirme Ölçütü</w:t>
            </w:r>
          </w:p>
        </w:tc>
        <w:tc>
          <w:tcPr>
            <w:tcW w:type="dxa" w:w="39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39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39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39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39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26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Açıklama</w:t>
            </w:r>
          </w:p>
        </w:tc>
      </w:tr>
      <w:tr>
        <w:tc>
          <w:tcPr>
            <w:tcW w:type="dxa" w:w="45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476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Planlamaya katkı sağladı.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45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476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Sorumluluk ve çalışma disiplini gösterdi.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266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45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476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Araç-gereci korudu ve amacına uygun kullandı.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45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476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Çalışma planındaki görevlerini tamamladı.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266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45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476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Tanıtım / görünürlük çalışmalarına katkı sağladı.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45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476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Türkçeyi doğru ve etkili kullanarak iletişim kurdu.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266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45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7</w:t>
            </w:r>
          </w:p>
        </w:tc>
        <w:tc>
          <w:tcPr>
            <w:tcW w:type="dxa" w:w="476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Tutum ve davranışlarıyla okulunu uygun biçimde temsil etti.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45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8</w:t>
            </w:r>
          </w:p>
        </w:tc>
        <w:tc>
          <w:tcPr>
            <w:tcW w:type="dxa" w:w="476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sonrasında yeni öneriler geliştirdi.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266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45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9</w:t>
            </w:r>
          </w:p>
        </w:tc>
        <w:tc>
          <w:tcPr>
            <w:tcW w:type="dxa" w:w="476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Sonuçlandırma / sonuç raporu sürecine katkı sağladı.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KULLANIM NOTU: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 = Geliştirilmeli, 5 = Çok iyi. Puanlama mümkünse somut gözlem/kanıtla desteklenir.</w:t>
            </w:r>
          </w:p>
        </w:tc>
      </w:tr>
    </w:tbl>
    <w:p>
      <w:pPr>
        <w:spacing w:after="20"/>
      </w:pPr>
    </w:p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Danışman Öğretmen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Öğrenci Öz Değerlendirme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Tarih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H — GÖRSEL / ÜRÜN / KANITLAYICI BELGE KAYIT SAYFASI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 / yer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Ek numarası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AFC1CC"/>
          <w:left w:val="single" w:sz="6" w:color="AFC1CC"/>
          <w:bottom w:val="single" w:sz="6" w:color="AFC1CC"/>
          <w:right w:val="single" w:sz="6" w:color="AFC1CC"/>
          <w:insideH w:val="single" w:sz="6" w:color="AFC1CC"/>
          <w:insideV w:val="single" w:sz="6" w:color="AFC1CC"/>
        </w:tblBorders>
      </w:tblPr>
      <w:tblGrid>
        <w:gridCol w:w="4932"/>
        <w:gridCol w:w="4932"/>
      </w:tblGrid>
      <w:tr>
        <w:tc>
          <w:tcPr>
            <w:tcW w:type="dxa" w:w="49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GÖRSEL / ÜRÜN ALANI 1</w:t>
              <w:br/>
              <w:br/>
              <w:br/>
              <w:br/>
              <w:br/>
              <w:t>Açıklama: ........................................</w:t>
              <w:br/>
              <w:t>Tarih: ...............  İzin durumu: ...............</w:t>
            </w:r>
          </w:p>
        </w:tc>
        <w:tc>
          <w:tcPr>
            <w:tcW w:type="dxa" w:w="49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GÖRSEL / ÜRÜN ALANI 2</w:t>
              <w:br/>
              <w:br/>
              <w:br/>
              <w:br/>
              <w:br/>
              <w:t>Açıklama: ........................................</w:t>
              <w:br/>
              <w:t>Tarih: ...............  İzin durumu: ...............</w:t>
            </w:r>
          </w:p>
        </w:tc>
      </w:tr>
    </w:tbl>
    <w:p>
      <w:pPr>
        <w:spacing w:after="20"/>
      </w:pP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AFC1CC"/>
          <w:left w:val="single" w:sz="6" w:color="AFC1CC"/>
          <w:bottom w:val="single" w:sz="6" w:color="AFC1CC"/>
          <w:right w:val="single" w:sz="6" w:color="AFC1CC"/>
          <w:insideH w:val="single" w:sz="6" w:color="AFC1CC"/>
          <w:insideV w:val="single" w:sz="6" w:color="AFC1CC"/>
        </w:tblBorders>
      </w:tblPr>
      <w:tblGrid>
        <w:gridCol w:w="4932"/>
        <w:gridCol w:w="4932"/>
      </w:tblGrid>
      <w:tr>
        <w:tc>
          <w:tcPr>
            <w:tcW w:type="dxa" w:w="49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GÖRSEL / ÜRÜN ALANI 3</w:t>
              <w:br/>
              <w:br/>
              <w:br/>
              <w:br/>
              <w:br/>
              <w:t>Açıklama: ........................................</w:t>
              <w:br/>
              <w:t>Tarih: ...............  İzin durumu: ...............</w:t>
            </w:r>
          </w:p>
        </w:tc>
        <w:tc>
          <w:tcPr>
            <w:tcW w:type="dxa" w:w="49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GÖRSEL / ÜRÜN ALANI 4</w:t>
              <w:br/>
              <w:br/>
              <w:br/>
              <w:br/>
              <w:br/>
              <w:t>Açıklama: ........................................</w:t>
              <w:br/>
              <w:t>Tarih: ...............  İzin durumu: ...............</w:t>
            </w:r>
          </w:p>
        </w:tc>
      </w:tr>
    </w:tbl>
    <w:p>
      <w:pPr>
        <w:spacing w:after="20"/>
      </w:pP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AFC1CC"/>
          <w:left w:val="single" w:sz="6" w:color="AFC1CC"/>
          <w:bottom w:val="single" w:sz="6" w:color="AFC1CC"/>
          <w:right w:val="single" w:sz="6" w:color="AFC1CC"/>
          <w:insideH w:val="single" w:sz="6" w:color="AFC1CC"/>
          <w:insideV w:val="single" w:sz="6" w:color="AFC1CC"/>
        </w:tblBorders>
      </w:tblPr>
      <w:tblGrid>
        <w:gridCol w:w="4932"/>
        <w:gridCol w:w="4932"/>
      </w:tblGrid>
      <w:tr>
        <w:tc>
          <w:tcPr>
            <w:tcW w:type="dxa" w:w="49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GÖRSEL / ÜRÜN ALANI 5</w:t>
              <w:br/>
              <w:br/>
              <w:br/>
              <w:br/>
              <w:br/>
              <w:t>Açıklama: ........................................</w:t>
              <w:br/>
              <w:t>Tarih: ...............  İzin durumu: ...............</w:t>
            </w:r>
          </w:p>
        </w:tc>
        <w:tc>
          <w:tcPr>
            <w:tcW w:type="dxa" w:w="49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GÖRSEL / ÜRÜN ALANI 6</w:t>
              <w:br/>
              <w:br/>
              <w:br/>
              <w:br/>
              <w:br/>
              <w:t>Açıklama: ........................................</w:t>
              <w:br/>
              <w:t>Tarih: ...............  İzin durumu: ...............</w:t>
            </w:r>
          </w:p>
        </w:tc>
      </w:tr>
    </w:tbl>
    <w:p>
      <w:pPr>
        <w:spacing w:after="20"/>
      </w:pP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AFC1CC"/>
          <w:left w:val="single" w:sz="6" w:color="AFC1CC"/>
          <w:bottom w:val="single" w:sz="6" w:color="AFC1CC"/>
          <w:right w:val="single" w:sz="6" w:color="AFC1CC"/>
          <w:insideH w:val="single" w:sz="6" w:color="AFC1CC"/>
          <w:insideV w:val="single" w:sz="6" w:color="AFC1CC"/>
        </w:tblBorders>
      </w:tblPr>
      <w:tblGrid>
        <w:gridCol w:w="4932"/>
        <w:gridCol w:w="4932"/>
      </w:tblGrid>
      <w:tr>
        <w:tc>
          <w:tcPr>
            <w:tcW w:type="dxa" w:w="49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GÖRSEL / ÜRÜN ALANI 7</w:t>
              <w:br/>
              <w:br/>
              <w:br/>
              <w:br/>
              <w:br/>
              <w:t>Açıklama: ........................................</w:t>
              <w:br/>
              <w:t>Tarih: ...............  İzin durumu: ...............</w:t>
            </w:r>
          </w:p>
        </w:tc>
        <w:tc>
          <w:tcPr>
            <w:tcW w:type="dxa" w:w="49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GÖRSEL / ÜRÜN ALANI 8</w:t>
              <w:br/>
              <w:br/>
              <w:br/>
              <w:br/>
              <w:br/>
              <w:t>Açıklama: ........................................</w:t>
              <w:br/>
              <w:t>Tarih: ...............  İzin durumu: ...............</w:t>
            </w:r>
          </w:p>
        </w:tc>
      </w:tr>
    </w:tbl>
    <w:p>
      <w:pPr>
        <w:spacing w:after="20"/>
      </w:pP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GÖRSEL KULLANIMI: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Öğrencilerin tanınabilir görselleri yalnızca gerekli izinler ve kurumun kişisel veri/görsel kullanım kuralları çerçevesinde dosyalanmalı veya yayımlanmalıdır.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I — SOSYAL ETKİNLİK BELGESİ TAKİP ÇİZELGESİ</w:t>
      </w:r>
    </w:p>
    <w:tbl>
      <w:tblPr>
        <w:tblW w:type="dxa" w:w="9861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567"/>
        <w:gridCol w:w="2835"/>
        <w:gridCol w:w="1587"/>
        <w:gridCol w:w="1871"/>
        <w:gridCol w:w="1531"/>
        <w:gridCol w:w="1474"/>
      </w:tblGrid>
      <w:tr>
        <w:trPr>
          <w:tblHeader w:val="true"/>
        </w:trPr>
        <w:tc>
          <w:tcPr>
            <w:tcW w:type="dxa" w:w="56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Sıra</w:t>
            </w:r>
          </w:p>
        </w:tc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</w:t>
            </w:r>
          </w:p>
        </w:tc>
        <w:tc>
          <w:tcPr>
            <w:tcW w:type="dxa" w:w="158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Sınıf / No</w:t>
            </w:r>
          </w:p>
        </w:tc>
        <w:tc>
          <w:tcPr>
            <w:tcW w:type="dxa" w:w="187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Belge Türü</w:t>
            </w:r>
          </w:p>
        </w:tc>
        <w:tc>
          <w:tcPr>
            <w:tcW w:type="dxa" w:w="153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 / Sayı</w:t>
            </w:r>
          </w:p>
        </w:tc>
        <w:tc>
          <w:tcPr>
            <w:tcW w:type="dxa" w:w="147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Teslim / e-Okul</w:t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7</w:t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8</w:t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9</w:t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10</w:t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11</w:t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12</w:t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13</w:t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14</w:t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15</w:t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KULLANIM NOTU: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Katılım, başarı veya teşekkür belgesi düzenlenmesi; ilgili yönetmelik hükümleri, okulun yetkisi ve faaliyetin niteliği çerçevesinde değerlendirilir. İnternetten alınan rastgele belge şablonları kullanılmamalıdır.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J — e-OKUL SOSYAL ETKİNLİK MODÜLÜ KAYIT TAKİBİ</w:t>
      </w:r>
    </w:p>
    <w:tbl>
      <w:tblPr>
        <w:tblW w:type="dxa" w:w="9861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567"/>
        <w:gridCol w:w="2948"/>
        <w:gridCol w:w="1304"/>
        <w:gridCol w:w="2268"/>
        <w:gridCol w:w="1304"/>
        <w:gridCol w:w="1474"/>
      </w:tblGrid>
      <w:tr>
        <w:trPr>
          <w:tblHeader w:val="true"/>
        </w:trPr>
        <w:tc>
          <w:tcPr>
            <w:tcW w:type="dxa" w:w="56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No</w:t>
            </w:r>
          </w:p>
        </w:tc>
        <w:tc>
          <w:tcPr>
            <w:tcW w:type="dxa" w:w="294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/ Proje</w:t>
            </w:r>
          </w:p>
        </w:tc>
        <w:tc>
          <w:tcPr>
            <w:tcW w:type="dxa" w:w="1303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</w:t>
            </w:r>
          </w:p>
        </w:tc>
        <w:tc>
          <w:tcPr>
            <w:tcW w:type="dxa" w:w="226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 / Ekip</w:t>
            </w:r>
          </w:p>
        </w:tc>
        <w:tc>
          <w:tcPr>
            <w:tcW w:type="dxa" w:w="1303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Giriş Tarihi</w:t>
            </w:r>
          </w:p>
        </w:tc>
        <w:tc>
          <w:tcPr>
            <w:tcW w:type="dxa" w:w="147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Kontrol / Açıklama</w:t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7</w:t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8</w:t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9</w:t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10</w:t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11</w:t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12</w:t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13</w:t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1134"/>
        <w:gridCol w:w="8731"/>
      </w:tblGrid>
      <w:tr>
        <w:trPr>
          <w:tblHeader w:val="true"/>
        </w:trPr>
        <w:tc>
          <w:tcPr>
            <w:tcW w:type="dxa" w:w="1133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Kontrol</w:t>
            </w:r>
          </w:p>
        </w:tc>
        <w:tc>
          <w:tcPr>
            <w:tcW w:type="dxa" w:w="873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Yıl Sonu Kapanış Ölçütü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Kulüp üyelik bilgileri kontrol edildi.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Gerçekleşen faaliyet/görev/projeler işlendi.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Katılımcı öğrenciler ve rolleri kontrol edildi.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Belge/ödül bilgileri varsa kontrol edildi.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Eksik veya mükerrer kayıtlar düzeltildi.</w:t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Kayıtları Giren / Kontrol Eden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Yönetimi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K — I. DÖNEM KULÜP ÇALIŞMALARI DEĞERLENDİRME RAPORU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Kulüp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Spor Kulübü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Danışman öğretmen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Rapor tarihi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Planlanan faaliyet sayısı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Gerçekleşen faaliyet sayısı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Katılan öğrenci sayısı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e-Okul kaydı tamamlanan faaliyet sayısı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Dönemin öne çıkan çalışması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Elde edilen kazanımlar / sosyal fayda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Karşılaşılan güçlükler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II. dönem için alınan kararlar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Öğrenci Kulübü Temsilcisi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Koordinatörü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K — YIL SONU KULÜP FAALİYET RAPORU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Kulüp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Spor Kulübü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Danışman öğretmen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Rapor dönemi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2026-2027</w:t>
            </w:r>
          </w:p>
        </w:tc>
      </w:tr>
    </w:tbl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3402"/>
        <w:gridCol w:w="1361"/>
        <w:gridCol w:w="1474"/>
        <w:gridCol w:w="3628"/>
      </w:tblGrid>
      <w:tr>
        <w:trPr>
          <w:tblHeader w:val="true"/>
        </w:trPr>
        <w:tc>
          <w:tcPr>
            <w:tcW w:type="dxa" w:w="340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Gösterge</w:t>
            </w:r>
          </w:p>
        </w:tc>
        <w:tc>
          <w:tcPr>
            <w:tcW w:type="dxa" w:w="13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Planlanan</w:t>
            </w:r>
          </w:p>
        </w:tc>
        <w:tc>
          <w:tcPr>
            <w:tcW w:type="dxa" w:w="147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Gerçekleşen</w:t>
            </w:r>
          </w:p>
        </w:tc>
        <w:tc>
          <w:tcPr>
            <w:tcW w:type="dxa" w:w="362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Açıklama</w:t>
            </w:r>
          </w:p>
        </w:tc>
      </w:tr>
      <w:tr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Toplantı sayısı</w:t>
            </w:r>
          </w:p>
        </w:tc>
        <w:tc>
          <w:tcPr>
            <w:tcW w:type="dxa" w:w="136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Etkinlik/görev/proje sayısı</w:t>
            </w:r>
          </w:p>
        </w:tc>
        <w:tc>
          <w:tcPr>
            <w:tcW w:type="dxa" w:w="136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Sosyal sorumluluk çalışması</w:t>
            </w:r>
          </w:p>
        </w:tc>
        <w:tc>
          <w:tcPr>
            <w:tcW w:type="dxa" w:w="136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Katılımcı öğrenci sayısı</w:t>
            </w:r>
          </w:p>
        </w:tc>
        <w:tc>
          <w:tcPr>
            <w:tcW w:type="dxa" w:w="136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İş birliği yapılan kurum sayısı</w:t>
            </w:r>
          </w:p>
        </w:tc>
        <w:tc>
          <w:tcPr>
            <w:tcW w:type="dxa" w:w="136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e-Okul kaydı tamamlanan faaliyet</w:t>
            </w:r>
          </w:p>
        </w:tc>
        <w:tc>
          <w:tcPr>
            <w:tcW w:type="dxa" w:w="136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>
      <w:pPr>
        <w:pStyle w:val="Heading2"/>
      </w:pPr>
      <w:r>
        <w:t>Nitel değerlendirme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Yılın öne çıkan çalışmaları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Öğrencilerde gözlenen kazanımlar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Oluşturulan sosyal fayda / etki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Karşılaşılan sorunlar ve çözümler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Gelecek yıl için öneriler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Öğrenci Kulübü Temsilcisi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Müdürü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K — DOSYA KAPANIŞ VE DEVİR-TESLİM KONTROLÜ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907"/>
        <w:gridCol w:w="6350"/>
        <w:gridCol w:w="2608"/>
      </w:tblGrid>
      <w:tr>
        <w:trPr>
          <w:tblHeader w:val="true"/>
        </w:trPr>
        <w:tc>
          <w:tcPr>
            <w:tcW w:type="dxa" w:w="90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Kontrol</w:t>
            </w:r>
          </w:p>
        </w:tc>
        <w:tc>
          <w:tcPr>
            <w:tcW w:type="dxa" w:w="634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Dosya Kapanış İşlemi</w:t>
            </w:r>
          </w:p>
        </w:tc>
        <w:tc>
          <w:tcPr>
            <w:tcW w:type="dxa" w:w="260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Durum / Ek No</w:t>
            </w:r>
          </w:p>
        </w:tc>
      </w:tr>
      <w:tr>
        <w:tc>
          <w:tcPr>
            <w:tcW w:type="dxa" w:w="90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635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Yıllık plan ile gerçekleşen faaliyetler karşılaştırıldı.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90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635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Tüm toplantı tutanakları ve imzalar kontrol edildi.</w:t>
            </w:r>
          </w:p>
        </w:tc>
        <w:tc>
          <w:tcPr>
            <w:tcW w:type="dxa" w:w="260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90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635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izinleri, veli izinleri ve katılım listeleri eşleştirildi.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90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635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Sonuç raporları ve kanıtlayıcı ekler tamamlandı.</w:t>
            </w:r>
          </w:p>
        </w:tc>
        <w:tc>
          <w:tcPr>
            <w:tcW w:type="dxa" w:w="260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90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635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e-Okul Sosyal Etkinlik Modülü kayıtları kontrol edildi.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90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635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Kişisel veri içeren belgeler güvenli biçimde ayrıldı/saklandı.</w:t>
            </w:r>
          </w:p>
        </w:tc>
        <w:tc>
          <w:tcPr>
            <w:tcW w:type="dxa" w:w="260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90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635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Belge ve ekler kronolojik/konu bazlı numaralandırıldı.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90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635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I. dönem ve yıl sonu raporları imzalandı.</w:t>
            </w:r>
          </w:p>
        </w:tc>
        <w:tc>
          <w:tcPr>
            <w:tcW w:type="dxa" w:w="260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90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635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Dosya okul yönetimine teslim edildi.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Teslim eden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Teslim alan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Teslim tarihi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 / .... / 2027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Açıklama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Teslim Eden Danışman Öğretmen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Teslim Alan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Müdürü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L — RESMÎ KAYNAKLAR VE GÜNCELLEME NOTU</w:t>
      </w:r>
    </w:p>
    <w:p>
      <w:pPr>
        <w:pStyle w:val="Heading2"/>
      </w:pPr>
      <w:r>
        <w:t>Bu kulüp dosyasında esas alınan resmî kaynaklar</w:t>
      </w:r>
    </w:p>
    <w:p>
      <w:pPr>
        <w:pStyle w:val="ListBullet"/>
      </w:pPr>
      <w:r>
        <w:rPr>
          <w:rFonts w:ascii="Arial" w:hAnsi="Arial" w:eastAsia="Arial"/>
          <w:b/>
          <w:i w:val="0"/>
          <w:color w:val="17365D"/>
          <w:sz w:val="22"/>
        </w:rPr>
        <w:t>MEB duyurusu: 2026-2027 Eğitim Öğretim Yılı Takvimi (13 Haziran 2026)</w:t>
        <w:br/>
      </w:r>
      <w:r>
        <w:rPr>
          <w:rFonts w:ascii="Arial" w:hAnsi="Arial" w:eastAsia="Arial"/>
          <w:b w:val="0"/>
          <w:i w:val="0"/>
          <w:color w:val="2E74B5"/>
          <w:sz w:val="17"/>
        </w:rPr>
        <w:t>https://www.meb.gov.tr/2026-2027-egitim-ogretim-yili-takvimi-aciklandi/haber/41057/tr</w:t>
      </w:r>
    </w:p>
    <w:p>
      <w:pPr>
        <w:pStyle w:val="ListBullet"/>
      </w:pPr>
      <w:r>
        <w:rPr>
          <w:rFonts w:ascii="Arial" w:hAnsi="Arial" w:eastAsia="Arial"/>
          <w:b/>
          <w:i w:val="0"/>
          <w:color w:val="17365D"/>
          <w:sz w:val="22"/>
        </w:rPr>
        <w:t>MEB OGM: Eğitim Kurumları Sosyal Etkinlikler Yönetmeliği — 2 Aralık 2020 değişiklikleri dâhil güncel metin ve ekler</w:t>
        <w:br/>
      </w:r>
      <w:r>
        <w:rPr>
          <w:rFonts w:ascii="Arial" w:hAnsi="Arial" w:eastAsia="Arial"/>
          <w:b w:val="0"/>
          <w:i w:val="0"/>
          <w:color w:val="2E74B5"/>
          <w:sz w:val="17"/>
        </w:rPr>
        <w:t>https://ogm.meb.gov.tr/www/milli-egitim-bakanligi-sosyal-etkinlik-izinleri-yonetmeligi-02122020-tarihi-ile-yapilan-degisikler-dahil/icerik/1078</w:t>
      </w:r>
    </w:p>
    <w:p>
      <w:pPr>
        <w:pStyle w:val="ListBullet"/>
      </w:pPr>
      <w:r>
        <w:rPr>
          <w:rFonts w:ascii="Arial" w:hAnsi="Arial" w:eastAsia="Arial"/>
          <w:b/>
          <w:i w:val="0"/>
          <w:color w:val="17365D"/>
          <w:sz w:val="22"/>
        </w:rPr>
        <w:t>Okul Öğrenci Kulüpleri Sosyal Sorumluluk ve Toplum Hizmeti Çalışmaları Uygulama Projesi Kılavuzu (Kasım 2024)</w:t>
        <w:br/>
      </w:r>
      <w:r>
        <w:rPr>
          <w:rFonts w:ascii="Arial" w:hAnsi="Arial" w:eastAsia="Arial"/>
          <w:b w:val="0"/>
          <w:i w:val="0"/>
          <w:color w:val="2E74B5"/>
          <w:sz w:val="17"/>
        </w:rPr>
        <w:t>https://ogrencikulupleri.meb.gov.tr/meb_iys_dosyalar/2024_11/10185808_uygulama_kilavuzu_081120241.pdf</w:t>
      </w:r>
    </w:p>
    <w:p>
      <w:pPr>
        <w:pStyle w:val="ListBullet"/>
      </w:pPr>
      <w:r>
        <w:rPr>
          <w:rFonts w:ascii="Arial" w:hAnsi="Arial" w:eastAsia="Arial"/>
          <w:b/>
          <w:i w:val="0"/>
          <w:color w:val="17365D"/>
          <w:sz w:val="22"/>
        </w:rPr>
        <w:t>MEB duyurusu: Öğrenci kulüplerinde yürütülecek sosyal sorumluluk programı ve toplum hizmeti çalışmalarının usul ve esasları</w:t>
        <w:br/>
      </w:r>
      <w:r>
        <w:rPr>
          <w:rFonts w:ascii="Arial" w:hAnsi="Arial" w:eastAsia="Arial"/>
          <w:b w:val="0"/>
          <w:i w:val="0"/>
          <w:color w:val="2E74B5"/>
          <w:sz w:val="17"/>
        </w:rPr>
        <w:t>https://www.meb.gov.tr/ogrenci-kuluplerinde-yurutulecek-sosyal-sorumluluk-programi-ve-toplum-hizmeti-calismalarinin-usul-ve-esaslari-belli-oldu/haber/35594/tr</w:t>
      </w:r>
    </w:p>
    <w:p>
      <w:pPr>
        <w:pStyle w:val="ListBullet"/>
      </w:pPr>
      <w:r>
        <w:rPr>
          <w:rFonts w:ascii="Arial" w:hAnsi="Arial" w:eastAsia="Arial"/>
          <w:b/>
          <w:i w:val="0"/>
          <w:color w:val="17365D"/>
          <w:sz w:val="22"/>
        </w:rPr>
        <w:t>Resmî Yazışmalarda Uygulanacak Usul ve Esaslar Hakkında Yönetmelik (10 Haziran 2020)</w:t>
        <w:br/>
      </w:r>
      <w:r>
        <w:rPr>
          <w:rFonts w:ascii="Arial" w:hAnsi="Arial" w:eastAsia="Arial"/>
          <w:b w:val="0"/>
          <w:i w:val="0"/>
          <w:color w:val="2E74B5"/>
          <w:sz w:val="17"/>
        </w:rPr>
        <w:t>https://carsamba.meb.gov.tr/www/resmi-yazismalarda-uygulanacak-usul-ve-esaslar-hakkinda-yonetmelik-yayinlandi/icerik/1287</w:t>
      </w:r>
    </w:p>
    <w:p>
      <w:pPr>
        <w:pStyle w:val="ListBullet"/>
      </w:pPr>
      <w:r>
        <w:rPr>
          <w:rFonts w:ascii="Arial" w:hAnsi="Arial" w:eastAsia="Arial"/>
          <w:b/>
          <w:i w:val="0"/>
          <w:color w:val="17365D"/>
          <w:sz w:val="22"/>
        </w:rPr>
        <w:t>Öğrenci kulüpleri resmî bilgilendirme portalı</w:t>
        <w:br/>
      </w:r>
      <w:r>
        <w:rPr>
          <w:rFonts w:ascii="Arial" w:hAnsi="Arial" w:eastAsia="Arial"/>
          <w:b w:val="0"/>
          <w:i w:val="0"/>
          <w:color w:val="2E74B5"/>
          <w:sz w:val="17"/>
        </w:rPr>
        <w:t>https://ogrencikulupleri.meb.gov.tr/</w:t>
      </w:r>
    </w:p>
    <w:p>
      <w:pPr>
        <w:pStyle w:val="ListBullet"/>
      </w:pPr>
      <w:r>
        <w:rPr>
          <w:rFonts w:ascii="Arial" w:hAnsi="Arial" w:eastAsia="Arial"/>
          <w:b/>
          <w:i w:val="0"/>
          <w:color w:val="17365D"/>
          <w:sz w:val="22"/>
        </w:rPr>
        <w:t>MEB Mevzuat / Tebliğler Dergisi</w:t>
        <w:br/>
      </w:r>
      <w:r>
        <w:rPr>
          <w:rFonts w:ascii="Arial" w:hAnsi="Arial" w:eastAsia="Arial"/>
          <w:b w:val="0"/>
          <w:i w:val="0"/>
          <w:color w:val="2E74B5"/>
          <w:sz w:val="17"/>
        </w:rPr>
        <w:t>https://tebligler.meb.gov.tr/</w:t>
      </w: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GÜNCELLEME: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Bu dosya 2 Eylül 2026 itibarıyla kontrol edilmiştir. İl/ilçe ve okul çalışma takvimleri ile sonradan yayımlanabilecek resmî değişiklikler ayrıca izlenmeli; uygulamadan önce okul yönetiminin güncel resmî yazılarıyla karşılaştırılmalıdır.</w:t>
            </w:r>
          </w:p>
        </w:tc>
      </w:tr>
    </w:tbl>
    <w:p>
      <w:pPr>
        <w:spacing w:after="20"/>
      </w:pPr>
    </w:p>
    <w:p>
      <w:pPr>
        <w:pStyle w:val="Heading2"/>
      </w:pPr>
      <w:r>
        <w:t>Bu şablonda yer alan MEB ekleri</w:t>
      </w:r>
    </w:p>
    <w:p>
      <w:pPr>
        <w:pStyle w:val="ListBullet"/>
      </w:pPr>
      <w:r>
        <w:t>EK-5: Sosyal Sorumluluk Programı Etkinlik/Görev/Proje Teklif Formu alanları</w:t>
      </w:r>
    </w:p>
    <w:p>
      <w:pPr>
        <w:pStyle w:val="ListBullet"/>
      </w:pPr>
      <w:r>
        <w:t>EK-6: Etkinlik/Görev/Proje Çalışma Planı alanları</w:t>
      </w:r>
    </w:p>
    <w:p>
      <w:pPr>
        <w:pStyle w:val="ListBullet"/>
      </w:pPr>
      <w:r>
        <w:t>EK-7: Öğrenci Değerlendirme Formu ölçütleri</w:t>
      </w:r>
    </w:p>
    <w:p>
      <w:pPr>
        <w:pStyle w:val="ListBullet"/>
      </w:pPr>
      <w:r>
        <w:t>EK-8: Öğrenci Kulübü Faaliyet Bilgi Formu alanları</w:t>
      </w:r>
    </w:p>
    <w:p>
      <w:pPr>
        <w:pStyle w:val="ListBullet"/>
      </w:pPr>
      <w:r>
        <w:t>EK-9: Veli İzin Belgesi alanları</w:t>
      </w:r>
    </w:p>
    <w:p>
      <w:pPr>
        <w:pStyle w:val="ListBullet"/>
      </w:pPr>
      <w:r>
        <w:t>EK-10: Kişisel Verilerin Korunması Onay Formu temel içeriği</w:t>
      </w: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UYARLAMA AÇIKLAMASI: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Kılavuzdaki ekler uygulayıcılar için rehber niteliğindedir. Bu Word belgesindeki formlar, yazdırma ve dosyalama kolaylığı için aynı bilgi alanları korunarak yeniden düzenlenmiştir.</w:t>
            </w:r>
          </w:p>
        </w:tc>
      </w:tr>
    </w:tbl>
    <w:p>
      <w:pPr>
        <w:spacing w:after="2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020" w:bottom="907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59" w:lineRule="auto"/>
      <w:jc w:val="center"/>
    </w:pPr>
    <w:r>
      <w:rPr>
        <w:rFonts w:ascii="Arial" w:hAnsi="Arial" w:eastAsia="Arial"/>
        <w:b w:val="0"/>
        <w:i w:val="0"/>
        <w:color w:val="5F6B75"/>
        <w:sz w:val="17"/>
      </w:rPr>
      <w:t xml:space="preserve">Spor Kulübü Dosyası   •   Sayfa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59" w:lineRule="auto"/>
      <w:jc w:val="center"/>
    </w:pPr>
    <w:r>
      <w:rPr>
        <w:rFonts w:ascii="Arial" w:hAnsi="Arial" w:eastAsia="Arial"/>
        <w:b/>
        <w:i w:val="0"/>
        <w:color w:val="5F6B75"/>
        <w:sz w:val="17"/>
      </w:rPr>
      <w:t>2026-2027  |  SPOR KULÜBÜ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17365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B6E75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2E74B5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17365D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40"/>
    </w:pPr>
    <w:rPr>
      <w:rFonts w:asciiTheme="majorHAnsi" w:eastAsiaTheme="majorEastAsia" w:hAnsiTheme="majorHAnsi" w:cstheme="majorBidi" w:ascii="Arial" w:hAnsi="Arial"/>
      <w:b w:val="0"/>
      <w:i/>
      <w:iCs/>
      <w:color w:val="5F6B75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76" w:lineRule="auto"/>
      <w:ind w:left="539" w:hanging="272"/>
      <w:contextualSpacing/>
    </w:pPr>
    <w:rPr>
      <w:rFonts w:ascii="Arial" w:hAnsi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76" w:lineRule="auto"/>
      <w:ind w:left="539" w:hanging="272"/>
      <w:contextualSpacing/>
    </w:pPr>
    <w:rPr>
      <w:rFonts w:ascii="Arial" w:hAnsi="Arial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Note">
    <w:name w:val="Form Note"/>
    <w:pPr>
      <w:spacing w:after="80"/>
    </w:pPr>
    <w:rPr>
      <w:rFonts w:ascii="Arial" w:hAnsi="Arial"/>
      <w:i/>
      <w:color w:val="5F6B75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Spor Kulübü Dosyası</dc:title>
  <dc:subject>MEB uygulama esaslarına göre ortaöğretim Spor Kulübü dosyası</dc:subject>
  <dc:creator>OpenAI</dc:creator>
  <cp:keywords>MEB, Spor Kulübü, öğrenci kulübü, ortaöğretim, 2026-2027</cp:keywords>
  <dc:description>Yıllık çalışma planı; Tarih, Konu, Amaç ve Yapılacak Çalışmalar sütunlarıyla 2026-2027 MEB çalışma takvimine göre güncellenmiştir.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